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E03" w:rsidRDefault="002537DC">
      <w:pPr>
        <w:jc w:val="center"/>
        <w:rPr>
          <w:b/>
          <w:color w:val="0066CC"/>
          <w:sz w:val="44"/>
        </w:rPr>
      </w:pPr>
      <w:r>
        <w:rPr>
          <w:b/>
          <w:color w:val="0066CC"/>
          <w:sz w:val="44"/>
        </w:rPr>
        <w:t>Coming Up for Families</w:t>
      </w:r>
      <w:r w:rsidR="00CA750F">
        <w:rPr>
          <w:b/>
          <w:color w:val="0066CC"/>
          <w:sz w:val="44"/>
        </w:rPr>
        <w:t xml:space="preserve"> at</w:t>
      </w:r>
      <w:r>
        <w:rPr>
          <w:b/>
          <w:color w:val="0066CC"/>
          <w:sz w:val="44"/>
        </w:rPr>
        <w:br/>
        <w:t xml:space="preserve">Christ Church </w:t>
      </w:r>
      <w:proofErr w:type="spellStart"/>
      <w:r>
        <w:rPr>
          <w:b/>
          <w:color w:val="0066CC"/>
          <w:sz w:val="44"/>
        </w:rPr>
        <w:t>Parbold</w:t>
      </w:r>
      <w:proofErr w:type="spellEnd"/>
      <w:r w:rsidR="00CA750F">
        <w:rPr>
          <w:b/>
          <w:color w:val="0066CC"/>
          <w:sz w:val="44"/>
        </w:rPr>
        <w:t xml:space="preserve"> in</w:t>
      </w:r>
      <w:r>
        <w:rPr>
          <w:b/>
          <w:color w:val="0066CC"/>
          <w:sz w:val="44"/>
        </w:rPr>
        <w:t xml:space="preserve"> </w:t>
      </w:r>
      <w:r w:rsidR="004232B3">
        <w:rPr>
          <w:b/>
          <w:color w:val="0066CC"/>
          <w:sz w:val="44"/>
        </w:rPr>
        <w:t>July</w:t>
      </w:r>
    </w:p>
    <w:p w:rsidR="00CB7944" w:rsidRPr="00131383" w:rsidRDefault="00C53CCD" w:rsidP="00CB7944">
      <w:pPr>
        <w:ind w:right="327"/>
        <w:rPr>
          <w:sz w:val="30"/>
          <w:szCs w:val="30"/>
        </w:rPr>
      </w:pPr>
      <w:r w:rsidRPr="00131383">
        <w:rPr>
          <w:b/>
          <w:sz w:val="30"/>
          <w:szCs w:val="30"/>
        </w:rPr>
        <w:t xml:space="preserve">Sunday </w:t>
      </w:r>
      <w:r w:rsidR="004232B3">
        <w:rPr>
          <w:b/>
          <w:sz w:val="30"/>
          <w:szCs w:val="30"/>
        </w:rPr>
        <w:t>5</w:t>
      </w:r>
      <w:r w:rsidR="004232B3" w:rsidRPr="004232B3">
        <w:rPr>
          <w:b/>
          <w:sz w:val="30"/>
          <w:szCs w:val="30"/>
        </w:rPr>
        <w:t>th</w:t>
      </w:r>
      <w:r w:rsidR="004232B3">
        <w:rPr>
          <w:b/>
          <w:sz w:val="30"/>
          <w:szCs w:val="30"/>
          <w:vertAlign w:val="superscript"/>
        </w:rPr>
        <w:t xml:space="preserve"> </w:t>
      </w:r>
      <w:r w:rsidR="004232B3">
        <w:rPr>
          <w:b/>
          <w:sz w:val="30"/>
          <w:szCs w:val="30"/>
        </w:rPr>
        <w:t>July – 9</w:t>
      </w:r>
      <w:r w:rsidR="00CB7944" w:rsidRPr="00131383">
        <w:rPr>
          <w:b/>
          <w:sz w:val="30"/>
          <w:szCs w:val="30"/>
        </w:rPr>
        <w:t>:30am</w:t>
      </w:r>
    </w:p>
    <w:p w:rsidR="00CA750F" w:rsidRDefault="006A0C25" w:rsidP="00CA750F">
      <w:pPr>
        <w:pBdr>
          <w:bottom w:val="single" w:sz="6" w:space="1" w:color="auto"/>
        </w:pBdr>
        <w:rPr>
          <w:b/>
          <w:color w:val="0066CC"/>
          <w:sz w:val="30"/>
          <w:u w:val="single"/>
        </w:rPr>
      </w:pPr>
      <w:r>
        <w:rPr>
          <w:b/>
          <w:noProof/>
          <w:color w:val="0066CC"/>
          <w:sz w:val="30"/>
          <w:u w:val="single"/>
          <w:lang w:val="en-GB" w:eastAsia="en-GB"/>
        </w:rPr>
        <w:drawing>
          <wp:anchor distT="0" distB="0" distL="0" distR="0" simplePos="0" relativeHeight="251697152" behindDoc="0" locked="0" layoutInCell="1" allowOverlap="1">
            <wp:simplePos x="0" y="0"/>
            <wp:positionH relativeFrom="page">
              <wp:posOffset>6352161</wp:posOffset>
            </wp:positionH>
            <wp:positionV relativeFrom="paragraph">
              <wp:posOffset>133877</wp:posOffset>
            </wp:positionV>
            <wp:extent cx="1226091" cy="612843"/>
            <wp:effectExtent l="19050" t="0" r="0" b="0"/>
            <wp:wrapNone/>
            <wp:docPr id="8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091" cy="6128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32B3">
        <w:rPr>
          <w:b/>
          <w:color w:val="0066CC"/>
          <w:sz w:val="30"/>
          <w:u w:val="single"/>
        </w:rPr>
        <w:t xml:space="preserve">Family Service – Theme: Living </w:t>
      </w:r>
      <w:proofErr w:type="gramStart"/>
      <w:r w:rsidR="004232B3">
        <w:rPr>
          <w:b/>
          <w:color w:val="0066CC"/>
          <w:sz w:val="30"/>
          <w:u w:val="single"/>
        </w:rPr>
        <w:t>Under</w:t>
      </w:r>
      <w:proofErr w:type="gramEnd"/>
      <w:r w:rsidR="004232B3">
        <w:rPr>
          <w:b/>
          <w:color w:val="0066CC"/>
          <w:sz w:val="30"/>
          <w:u w:val="single"/>
        </w:rPr>
        <w:t xml:space="preserve"> God’s Promises</w:t>
      </w:r>
      <w:r w:rsidR="00CA750F">
        <w:rPr>
          <w:b/>
          <w:color w:val="0066CC"/>
          <w:sz w:val="30"/>
          <w:u w:val="single"/>
        </w:rPr>
        <w:t xml:space="preserve">   </w:t>
      </w:r>
    </w:p>
    <w:p w:rsidR="000551BA" w:rsidRDefault="001721CB" w:rsidP="004232B3">
      <w:pPr>
        <w:pBdr>
          <w:bottom w:val="single" w:sz="6" w:space="1" w:color="auto"/>
        </w:pBdr>
        <w:rPr>
          <w:rFonts w:cstheme="minorHAnsi"/>
          <w:sz w:val="26"/>
          <w:szCs w:val="26"/>
        </w:rPr>
      </w:pPr>
      <w:r w:rsidRPr="000D1F23">
        <w:rPr>
          <w:rFonts w:cstheme="minorHAnsi"/>
          <w:sz w:val="26"/>
          <w:szCs w:val="26"/>
        </w:rPr>
        <w:t xml:space="preserve">A warm welcome </w:t>
      </w:r>
      <w:r w:rsidR="00986A02" w:rsidRPr="000D1F23">
        <w:rPr>
          <w:rFonts w:cstheme="minorHAnsi"/>
          <w:sz w:val="26"/>
          <w:szCs w:val="26"/>
        </w:rPr>
        <w:t>for</w:t>
      </w:r>
      <w:r w:rsidRPr="000D1F23">
        <w:rPr>
          <w:rFonts w:cstheme="minorHAnsi"/>
          <w:sz w:val="26"/>
          <w:szCs w:val="26"/>
        </w:rPr>
        <w:t xml:space="preserve"> everyone</w:t>
      </w:r>
      <w:r w:rsidR="00986A02" w:rsidRPr="000D1F23">
        <w:rPr>
          <w:rFonts w:cstheme="minorHAnsi"/>
          <w:sz w:val="26"/>
          <w:szCs w:val="26"/>
        </w:rPr>
        <w:t xml:space="preserve"> to our</w:t>
      </w:r>
      <w:r w:rsidR="004232B3" w:rsidRPr="000D1F23">
        <w:rPr>
          <w:rFonts w:cstheme="minorHAnsi"/>
          <w:sz w:val="26"/>
          <w:szCs w:val="26"/>
        </w:rPr>
        <w:t xml:space="preserve"> lively and interactive</w:t>
      </w:r>
      <w:r w:rsidR="00986A02" w:rsidRPr="000D1F23">
        <w:rPr>
          <w:rFonts w:cstheme="minorHAnsi"/>
          <w:sz w:val="26"/>
          <w:szCs w:val="26"/>
        </w:rPr>
        <w:t xml:space="preserve"> </w:t>
      </w:r>
      <w:r w:rsidR="004232B3" w:rsidRPr="000D1F23">
        <w:rPr>
          <w:rFonts w:cstheme="minorHAnsi"/>
          <w:sz w:val="26"/>
          <w:szCs w:val="26"/>
        </w:rPr>
        <w:t>Family service where we’ll also</w:t>
      </w:r>
      <w:r w:rsidR="00986A02" w:rsidRPr="000D1F23">
        <w:rPr>
          <w:rFonts w:cstheme="minorHAnsi"/>
          <w:sz w:val="26"/>
          <w:szCs w:val="26"/>
        </w:rPr>
        <w:t xml:space="preserve"> have our Youth Pop </w:t>
      </w:r>
      <w:proofErr w:type="gramStart"/>
      <w:r w:rsidR="00986A02" w:rsidRPr="000D1F23">
        <w:rPr>
          <w:rFonts w:cstheme="minorHAnsi"/>
          <w:sz w:val="26"/>
          <w:szCs w:val="26"/>
        </w:rPr>
        <w:t>Up</w:t>
      </w:r>
      <w:proofErr w:type="gramEnd"/>
      <w:r w:rsidR="00986A02" w:rsidRPr="000D1F23">
        <w:rPr>
          <w:rFonts w:cstheme="minorHAnsi"/>
          <w:sz w:val="26"/>
          <w:szCs w:val="26"/>
        </w:rPr>
        <w:t xml:space="preserve"> Band playing for us.</w:t>
      </w:r>
    </w:p>
    <w:p w:rsidR="004232B3" w:rsidRPr="000D1F23" w:rsidRDefault="00C36171" w:rsidP="004232B3">
      <w:pPr>
        <w:pBdr>
          <w:bottom w:val="single" w:sz="6" w:space="1" w:color="auto"/>
        </w:pBdr>
        <w:rPr>
          <w:rStyle w:val="Heading1Char"/>
          <w:rFonts w:asciiTheme="minorHAnsi" w:hAnsiTheme="minorHAnsi"/>
          <w:sz w:val="26"/>
          <w:szCs w:val="26"/>
        </w:rPr>
      </w:pPr>
      <w:r w:rsidRPr="000D1F23">
        <w:rPr>
          <w:rStyle w:val="Heading1Char"/>
          <w:rFonts w:asciiTheme="minorHAnsi" w:hAnsiTheme="minorHAnsi"/>
          <w:sz w:val="26"/>
          <w:szCs w:val="26"/>
        </w:rPr>
        <w:t xml:space="preserve">       </w:t>
      </w:r>
    </w:p>
    <w:p w:rsidR="004232B3" w:rsidRPr="004232B3" w:rsidRDefault="00C46B6B" w:rsidP="004232B3">
      <w:pPr>
        <w:pBdr>
          <w:bottom w:val="single" w:sz="6" w:space="1" w:color="auto"/>
        </w:pBdr>
        <w:rPr>
          <w:b/>
          <w:sz w:val="30"/>
          <w:szCs w:val="30"/>
        </w:rPr>
      </w:pPr>
      <w:r>
        <w:rPr>
          <w:b/>
          <w:noProof/>
          <w:sz w:val="30"/>
          <w:szCs w:val="30"/>
          <w:lang w:val="en-GB" w:eastAsia="en-GB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page">
              <wp:posOffset>6292850</wp:posOffset>
            </wp:positionH>
            <wp:positionV relativeFrom="paragraph">
              <wp:posOffset>316230</wp:posOffset>
            </wp:positionV>
            <wp:extent cx="1211580" cy="1799590"/>
            <wp:effectExtent l="19050" t="0" r="7620" b="0"/>
            <wp:wrapNone/>
            <wp:docPr id="6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32B3" w:rsidRPr="004232B3">
        <w:rPr>
          <w:b/>
          <w:sz w:val="30"/>
          <w:szCs w:val="30"/>
        </w:rPr>
        <w:t>Saturday 11th July 12-5pm</w:t>
      </w:r>
    </w:p>
    <w:p w:rsidR="004232B3" w:rsidRPr="00F65C97" w:rsidRDefault="004232B3" w:rsidP="004232B3">
      <w:pPr>
        <w:pBdr>
          <w:bottom w:val="single" w:sz="6" w:space="1" w:color="auto"/>
        </w:pBdr>
        <w:rPr>
          <w:b/>
          <w:shd w:val="clear" w:color="auto" w:fill="FFFFFF"/>
        </w:rPr>
      </w:pPr>
      <w:r w:rsidRPr="00F65C97">
        <w:rPr>
          <w:b/>
          <w:color w:val="0066CC"/>
          <w:sz w:val="30"/>
          <w:u w:val="single"/>
        </w:rPr>
        <w:t xml:space="preserve"> </w:t>
      </w:r>
      <w:proofErr w:type="spellStart"/>
      <w:r w:rsidRPr="00F65C97">
        <w:rPr>
          <w:b/>
          <w:color w:val="0066CC"/>
          <w:sz w:val="30"/>
          <w:u w:val="single"/>
        </w:rPr>
        <w:t>Parbold</w:t>
      </w:r>
      <w:proofErr w:type="spellEnd"/>
      <w:r w:rsidRPr="00F65C97">
        <w:rPr>
          <w:b/>
          <w:color w:val="0066CC"/>
          <w:sz w:val="30"/>
          <w:u w:val="single"/>
        </w:rPr>
        <w:t xml:space="preserve"> Village Show </w:t>
      </w:r>
    </w:p>
    <w:p w:rsidR="004232B3" w:rsidRDefault="004232B3" w:rsidP="004232B3">
      <w:pPr>
        <w:pBdr>
          <w:bottom w:val="single" w:sz="6" w:space="1" w:color="auto"/>
        </w:pBdr>
        <w:rPr>
          <w:rStyle w:val="Heading1Char"/>
          <w:rFonts w:asciiTheme="minorHAnsi" w:hAnsiTheme="minorHAnsi"/>
          <w:b w:val="0"/>
          <w:color w:val="auto"/>
          <w:sz w:val="26"/>
          <w:szCs w:val="26"/>
        </w:rPr>
      </w:pPr>
      <w:r w:rsidRPr="000D1F23">
        <w:rPr>
          <w:rFonts w:cstheme="minorHAnsi"/>
          <w:color w:val="222222"/>
          <w:sz w:val="26"/>
          <w:szCs w:val="26"/>
          <w:shd w:val="clear" w:color="auto" w:fill="FFFFFF"/>
        </w:rPr>
        <w:t xml:space="preserve">Come and say hello to us at our stall at this year's </w:t>
      </w:r>
      <w:proofErr w:type="spellStart"/>
      <w:r w:rsidRPr="000D1F23">
        <w:rPr>
          <w:rFonts w:cstheme="minorHAnsi"/>
          <w:color w:val="222222"/>
          <w:sz w:val="26"/>
          <w:szCs w:val="26"/>
          <w:shd w:val="clear" w:color="auto" w:fill="FFFFFF"/>
        </w:rPr>
        <w:t>Parbold</w:t>
      </w:r>
      <w:proofErr w:type="spellEnd"/>
      <w:r w:rsidRPr="000D1F23">
        <w:rPr>
          <w:rFonts w:cstheme="minorHAnsi"/>
          <w:color w:val="222222"/>
          <w:sz w:val="26"/>
          <w:szCs w:val="26"/>
          <w:shd w:val="clear" w:color="auto" w:fill="FFFFFF"/>
        </w:rPr>
        <w:t xml:space="preserve"> Village Show, which is taking place on the Alder Lane Playing Fields between 12-5pm. </w:t>
      </w:r>
      <w:r w:rsidRPr="006A0C25">
        <w:rPr>
          <w:rFonts w:cstheme="minorHAnsi"/>
          <w:sz w:val="26"/>
          <w:szCs w:val="26"/>
          <w:shd w:val="clear" w:color="auto" w:fill="FFFFFF"/>
        </w:rPr>
        <w:t xml:space="preserve">We’ll </w:t>
      </w:r>
      <w:r w:rsidRPr="006A0C25">
        <w:rPr>
          <w:rStyle w:val="Heading1Char"/>
          <w:rFonts w:asciiTheme="minorHAnsi" w:hAnsiTheme="minorHAnsi"/>
          <w:b w:val="0"/>
          <w:color w:val="auto"/>
          <w:sz w:val="26"/>
          <w:szCs w:val="26"/>
        </w:rPr>
        <w:t>have craft activities, games and much more.</w:t>
      </w:r>
    </w:p>
    <w:p w:rsidR="000551BA" w:rsidRPr="006A0C25" w:rsidRDefault="000551BA" w:rsidP="004232B3">
      <w:pPr>
        <w:pBdr>
          <w:bottom w:val="single" w:sz="6" w:space="1" w:color="auto"/>
        </w:pBdr>
        <w:rPr>
          <w:rStyle w:val="Heading1Char"/>
          <w:rFonts w:asciiTheme="minorHAnsi" w:hAnsiTheme="minorHAnsi"/>
          <w:b w:val="0"/>
          <w:color w:val="auto"/>
          <w:sz w:val="26"/>
          <w:szCs w:val="26"/>
        </w:rPr>
      </w:pPr>
    </w:p>
    <w:p w:rsidR="004232B3" w:rsidRPr="00131383" w:rsidRDefault="004232B3" w:rsidP="004232B3">
      <w:pPr>
        <w:pBdr>
          <w:bottom w:val="single" w:sz="6" w:space="1" w:color="auto"/>
        </w:pBdr>
        <w:rPr>
          <w:b/>
          <w:color w:val="000000"/>
          <w:sz w:val="30"/>
          <w:szCs w:val="30"/>
        </w:rPr>
      </w:pPr>
      <w:r w:rsidRPr="00131383">
        <w:rPr>
          <w:b/>
          <w:color w:val="000000"/>
          <w:sz w:val="30"/>
          <w:szCs w:val="30"/>
        </w:rPr>
        <w:t xml:space="preserve">Sunday </w:t>
      </w:r>
      <w:r w:rsidR="006A0C25">
        <w:rPr>
          <w:b/>
          <w:color w:val="000000"/>
          <w:sz w:val="30"/>
          <w:szCs w:val="30"/>
        </w:rPr>
        <w:t>12</w:t>
      </w:r>
      <w:r w:rsidRPr="00A745E2">
        <w:rPr>
          <w:b/>
          <w:color w:val="000000"/>
          <w:sz w:val="30"/>
          <w:szCs w:val="30"/>
        </w:rPr>
        <w:t>th</w:t>
      </w:r>
      <w:r>
        <w:rPr>
          <w:b/>
          <w:color w:val="000000"/>
          <w:sz w:val="30"/>
          <w:szCs w:val="30"/>
        </w:rPr>
        <w:t xml:space="preserve"> July</w:t>
      </w:r>
      <w:r w:rsidRPr="00131383">
        <w:rPr>
          <w:b/>
          <w:color w:val="000000"/>
          <w:sz w:val="30"/>
          <w:szCs w:val="30"/>
        </w:rPr>
        <w:t xml:space="preserve"> – 10:30am</w:t>
      </w:r>
    </w:p>
    <w:p w:rsidR="004232B3" w:rsidRPr="000C5432" w:rsidRDefault="00AE09D0" w:rsidP="004232B3">
      <w:pPr>
        <w:pBdr>
          <w:bottom w:val="single" w:sz="6" w:space="1" w:color="auto"/>
        </w:pBdr>
        <w:rPr>
          <w:u w:val="single"/>
        </w:rPr>
      </w:pPr>
      <w:r>
        <w:rPr>
          <w:b/>
          <w:noProof/>
          <w:color w:val="0066CC"/>
          <w:sz w:val="30"/>
          <w:u w:val="single"/>
          <w:lang w:val="en-GB" w:eastAsia="en-GB"/>
        </w:rPr>
        <w:drawing>
          <wp:anchor distT="0" distB="0" distL="0" distR="0" simplePos="0" relativeHeight="251695104" behindDoc="0" locked="0" layoutInCell="1" allowOverlap="1">
            <wp:simplePos x="0" y="0"/>
            <wp:positionH relativeFrom="page">
              <wp:posOffset>6118293</wp:posOffset>
            </wp:positionH>
            <wp:positionV relativeFrom="paragraph">
              <wp:posOffset>150846</wp:posOffset>
            </wp:positionV>
            <wp:extent cx="1439172" cy="1080000"/>
            <wp:effectExtent l="19050" t="0" r="8628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172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32B3" w:rsidRPr="000C5432">
        <w:rPr>
          <w:b/>
          <w:color w:val="0066CC"/>
          <w:sz w:val="30"/>
          <w:u w:val="single"/>
        </w:rPr>
        <w:t xml:space="preserve">Junior Church &amp; Weekly Children’s Resources </w:t>
      </w:r>
    </w:p>
    <w:p w:rsidR="004232B3" w:rsidRPr="000D1F23" w:rsidRDefault="004232B3" w:rsidP="004232B3">
      <w:pPr>
        <w:pBdr>
          <w:bottom w:val="single" w:sz="6" w:space="1" w:color="auto"/>
        </w:pBdr>
        <w:rPr>
          <w:color w:val="3C3C3C"/>
          <w:sz w:val="26"/>
          <w:szCs w:val="26"/>
        </w:rPr>
      </w:pPr>
      <w:r w:rsidRPr="000D1F23">
        <w:rPr>
          <w:color w:val="3C3C3C"/>
          <w:sz w:val="26"/>
          <w:szCs w:val="26"/>
        </w:rPr>
        <w:t>Junior Church meets in the Scout Hut for ages 4–13.  At the back of church each week we also have:-</w:t>
      </w:r>
      <w:r w:rsidRPr="000D1F23">
        <w:rPr>
          <w:color w:val="3C3C3C"/>
          <w:sz w:val="26"/>
          <w:szCs w:val="26"/>
        </w:rPr>
        <w:br/>
        <w:t>• Tots’ Area (0–3yrs</w:t>
      </w:r>
      <w:r w:rsidRPr="000D1F23">
        <w:rPr>
          <w:color w:val="3C3C3C"/>
          <w:sz w:val="26"/>
          <w:szCs w:val="26"/>
        </w:rPr>
        <w:br/>
        <w:t>• Lending Library</w:t>
      </w:r>
      <w:r w:rsidRPr="000D1F23">
        <w:rPr>
          <w:color w:val="3C3C3C"/>
          <w:sz w:val="26"/>
          <w:szCs w:val="26"/>
        </w:rPr>
        <w:br/>
        <w:t>• Resource Table with extra children’s activities.</w:t>
      </w:r>
    </w:p>
    <w:p w:rsidR="00CB7944" w:rsidRDefault="004232B3" w:rsidP="00CA750F">
      <w:pPr>
        <w:pBdr>
          <w:bottom w:val="single" w:sz="6" w:space="1" w:color="auto"/>
        </w:pBdr>
        <w:rPr>
          <w:sz w:val="26"/>
          <w:szCs w:val="26"/>
        </w:rPr>
      </w:pPr>
      <w:r w:rsidRPr="000D1F23">
        <w:rPr>
          <w:sz w:val="26"/>
          <w:szCs w:val="26"/>
          <w:highlight w:val="yellow"/>
        </w:rPr>
        <w:t xml:space="preserve">Junior Church will be back after </w:t>
      </w:r>
      <w:proofErr w:type="gramStart"/>
      <w:r w:rsidRPr="000D1F23">
        <w:rPr>
          <w:sz w:val="26"/>
          <w:szCs w:val="26"/>
          <w:highlight w:val="yellow"/>
        </w:rPr>
        <w:t>it’s</w:t>
      </w:r>
      <w:proofErr w:type="gramEnd"/>
      <w:r w:rsidRPr="000D1F23">
        <w:rPr>
          <w:sz w:val="26"/>
          <w:szCs w:val="26"/>
          <w:highlight w:val="yellow"/>
        </w:rPr>
        <w:t xml:space="preserve"> summer break on Sunday 13</w:t>
      </w:r>
      <w:r w:rsidRPr="000D1F23">
        <w:rPr>
          <w:sz w:val="26"/>
          <w:szCs w:val="26"/>
          <w:highlight w:val="yellow"/>
          <w:vertAlign w:val="superscript"/>
        </w:rPr>
        <w:t>th</w:t>
      </w:r>
      <w:r w:rsidRPr="000D1F23">
        <w:rPr>
          <w:sz w:val="26"/>
          <w:szCs w:val="26"/>
        </w:rPr>
        <w:t xml:space="preserve"> </w:t>
      </w:r>
      <w:r w:rsidRPr="000D1F23">
        <w:rPr>
          <w:sz w:val="26"/>
          <w:szCs w:val="26"/>
          <w:highlight w:val="yellow"/>
        </w:rPr>
        <w:t>September</w:t>
      </w:r>
      <w:r w:rsidR="00C36171" w:rsidRPr="000D1F23">
        <w:rPr>
          <w:rStyle w:val="Heading1Char"/>
          <w:rFonts w:asciiTheme="minorHAnsi" w:hAnsiTheme="minorHAnsi"/>
          <w:sz w:val="26"/>
          <w:szCs w:val="26"/>
        </w:rPr>
        <w:t xml:space="preserve">                       </w:t>
      </w:r>
      <w:r w:rsidR="00C36171" w:rsidRPr="000D1F23">
        <w:rPr>
          <w:sz w:val="26"/>
          <w:szCs w:val="26"/>
        </w:rPr>
        <w:t xml:space="preserve">                 </w:t>
      </w:r>
    </w:p>
    <w:p w:rsidR="000551BA" w:rsidRPr="000D1F23" w:rsidRDefault="000551BA" w:rsidP="00CA750F">
      <w:pPr>
        <w:pBdr>
          <w:bottom w:val="single" w:sz="6" w:space="1" w:color="auto"/>
        </w:pBdr>
        <w:rPr>
          <w:sz w:val="26"/>
          <w:szCs w:val="26"/>
        </w:rPr>
      </w:pPr>
    </w:p>
    <w:p w:rsidR="00953F60" w:rsidRPr="00131383" w:rsidRDefault="00953F60" w:rsidP="00953F60">
      <w:pPr>
        <w:pBdr>
          <w:bottom w:val="single" w:sz="6" w:space="1" w:color="auto"/>
        </w:pBdr>
        <w:rPr>
          <w:b/>
          <w:color w:val="000000"/>
          <w:sz w:val="30"/>
          <w:szCs w:val="30"/>
        </w:rPr>
      </w:pPr>
      <w:r w:rsidRPr="00131383">
        <w:rPr>
          <w:b/>
          <w:color w:val="000000"/>
          <w:sz w:val="30"/>
          <w:szCs w:val="30"/>
        </w:rPr>
        <w:t>Sunday</w:t>
      </w:r>
      <w:r w:rsidR="004232B3">
        <w:rPr>
          <w:b/>
          <w:color w:val="000000"/>
          <w:sz w:val="30"/>
          <w:szCs w:val="30"/>
        </w:rPr>
        <w:t xml:space="preserve"> 12th July</w:t>
      </w:r>
      <w:r w:rsidRPr="00131383">
        <w:rPr>
          <w:b/>
          <w:color w:val="000000"/>
          <w:sz w:val="30"/>
          <w:szCs w:val="30"/>
        </w:rPr>
        <w:t xml:space="preserve"> – 6:00pm</w:t>
      </w:r>
    </w:p>
    <w:p w:rsidR="00953F60" w:rsidRPr="000C5432" w:rsidRDefault="000E12AD" w:rsidP="00953F60">
      <w:pPr>
        <w:pBdr>
          <w:bottom w:val="single" w:sz="6" w:space="1" w:color="auto"/>
        </w:pBdr>
        <w:rPr>
          <w:b/>
          <w:color w:val="0066CC"/>
          <w:sz w:val="30"/>
          <w:u w:val="single"/>
        </w:rPr>
      </w:pPr>
      <w:r>
        <w:rPr>
          <w:b/>
          <w:noProof/>
          <w:color w:val="0066CC"/>
          <w:sz w:val="30"/>
          <w:u w:val="single"/>
          <w:lang w:val="en-GB" w:eastAsia="en-GB"/>
        </w:rPr>
        <w:drawing>
          <wp:anchor distT="0" distB="0" distL="0" distR="0" simplePos="0" relativeHeight="251693056" behindDoc="0" locked="0" layoutInCell="1" allowOverlap="1">
            <wp:simplePos x="0" y="0"/>
            <wp:positionH relativeFrom="page">
              <wp:posOffset>6069654</wp:posOffset>
            </wp:positionH>
            <wp:positionV relativeFrom="paragraph">
              <wp:posOffset>284965</wp:posOffset>
            </wp:positionV>
            <wp:extent cx="1440099" cy="758757"/>
            <wp:effectExtent l="19050" t="0" r="7701" b="0"/>
            <wp:wrapNone/>
            <wp:docPr id="4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99" cy="7587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3F60" w:rsidRPr="000C5432">
        <w:rPr>
          <w:b/>
          <w:color w:val="0066CC"/>
          <w:sz w:val="30"/>
          <w:u w:val="single"/>
        </w:rPr>
        <w:t xml:space="preserve">Soul Action Café (Youth) </w:t>
      </w:r>
    </w:p>
    <w:p w:rsidR="004232B3" w:rsidRPr="000D1F23" w:rsidRDefault="004232B3" w:rsidP="00953F60">
      <w:pPr>
        <w:pBdr>
          <w:bottom w:val="single" w:sz="6" w:space="1" w:color="auto"/>
        </w:pBdr>
        <w:rPr>
          <w:sz w:val="26"/>
          <w:szCs w:val="26"/>
          <w:shd w:val="clear" w:color="auto" w:fill="FFFFFF"/>
        </w:rPr>
      </w:pPr>
      <w:r w:rsidRPr="000D1F23">
        <w:rPr>
          <w:color w:val="3C3C3C"/>
          <w:sz w:val="26"/>
          <w:szCs w:val="26"/>
        </w:rPr>
        <w:t xml:space="preserve">Our youth group is for Year 7+ and meets in the Scout Hut. </w:t>
      </w:r>
      <w:proofErr w:type="gramStart"/>
      <w:r w:rsidRPr="000D1F23">
        <w:rPr>
          <w:sz w:val="26"/>
          <w:szCs w:val="26"/>
          <w:shd w:val="clear" w:color="auto" w:fill="FFFFFF"/>
        </w:rPr>
        <w:t>and</w:t>
      </w:r>
      <w:proofErr w:type="gramEnd"/>
      <w:r w:rsidRPr="000D1F23">
        <w:rPr>
          <w:sz w:val="26"/>
          <w:szCs w:val="26"/>
          <w:shd w:val="clear" w:color="auto" w:fill="FFFFFF"/>
        </w:rPr>
        <w:t xml:space="preserve"> we’re also offering Y6 children a taster session and an extended welcome to any PDA pupils who also may be interested in joining us.</w:t>
      </w:r>
    </w:p>
    <w:p w:rsidR="00953F60" w:rsidRDefault="004232B3" w:rsidP="00953F60">
      <w:pPr>
        <w:pBdr>
          <w:bottom w:val="single" w:sz="6" w:space="1" w:color="auto"/>
        </w:pBdr>
        <w:rPr>
          <w:color w:val="3C3C3C"/>
          <w:sz w:val="24"/>
        </w:rPr>
      </w:pPr>
      <w:r w:rsidRPr="00714EC0">
        <w:rPr>
          <w:sz w:val="24"/>
          <w:szCs w:val="24"/>
          <w:shd w:val="clear" w:color="auto" w:fill="FFFFFF"/>
        </w:rPr>
        <w:t xml:space="preserve"> </w:t>
      </w:r>
      <w:r w:rsidRPr="000D1F23">
        <w:rPr>
          <w:sz w:val="26"/>
          <w:szCs w:val="26"/>
          <w:highlight w:val="yellow"/>
        </w:rPr>
        <w:t>Café</w:t>
      </w:r>
      <w:r w:rsidRPr="000D1F23">
        <w:rPr>
          <w:sz w:val="26"/>
          <w:szCs w:val="26"/>
          <w:highlight w:val="yellow"/>
          <w:shd w:val="clear" w:color="auto" w:fill="FFFFFF"/>
        </w:rPr>
        <w:t xml:space="preserve"> will pause after this, </w:t>
      </w:r>
      <w:r w:rsidRPr="000D1F23">
        <w:rPr>
          <w:color w:val="3C3C3C"/>
          <w:sz w:val="26"/>
          <w:szCs w:val="26"/>
          <w:highlight w:val="yellow"/>
        </w:rPr>
        <w:t>resuming in September</w:t>
      </w:r>
      <w:r w:rsidRPr="004232B3">
        <w:rPr>
          <w:color w:val="3C3C3C"/>
          <w:sz w:val="24"/>
          <w:highlight w:val="yellow"/>
        </w:rPr>
        <w:t>.</w:t>
      </w:r>
    </w:p>
    <w:p w:rsidR="001371FE" w:rsidRPr="000D1F23" w:rsidRDefault="001371FE" w:rsidP="001371FE">
      <w:pPr>
        <w:pBdr>
          <w:bottom w:val="single" w:sz="6" w:space="1" w:color="auto"/>
        </w:pBdr>
        <w:rPr>
          <w:b/>
          <w:color w:val="3C3C3C"/>
          <w:sz w:val="26"/>
          <w:szCs w:val="26"/>
        </w:rPr>
      </w:pPr>
      <w:r w:rsidRPr="000D1F23">
        <w:rPr>
          <w:b/>
          <w:color w:val="646464"/>
          <w:sz w:val="26"/>
          <w:szCs w:val="26"/>
        </w:rPr>
        <w:t>For more details about our services, please contact Rev Sue: susanktimmins@aol.com</w:t>
      </w:r>
    </w:p>
    <w:sectPr w:rsidR="001371FE" w:rsidRPr="000D1F23" w:rsidSect="00C65A04">
      <w:pgSz w:w="12240" w:h="15840"/>
      <w:pgMar w:top="142" w:right="2742" w:bottom="142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551BA"/>
    <w:rsid w:val="0006063C"/>
    <w:rsid w:val="00090578"/>
    <w:rsid w:val="000C5432"/>
    <w:rsid w:val="000D1F23"/>
    <w:rsid w:val="000E12AD"/>
    <w:rsid w:val="00131383"/>
    <w:rsid w:val="00132985"/>
    <w:rsid w:val="001371FE"/>
    <w:rsid w:val="00137840"/>
    <w:rsid w:val="001459F6"/>
    <w:rsid w:val="0015074B"/>
    <w:rsid w:val="001721CB"/>
    <w:rsid w:val="001759AA"/>
    <w:rsid w:val="001764A5"/>
    <w:rsid w:val="0018152D"/>
    <w:rsid w:val="001B0D45"/>
    <w:rsid w:val="001D0526"/>
    <w:rsid w:val="001D1876"/>
    <w:rsid w:val="001F6BD0"/>
    <w:rsid w:val="002130ED"/>
    <w:rsid w:val="00222969"/>
    <w:rsid w:val="002537DC"/>
    <w:rsid w:val="0029639D"/>
    <w:rsid w:val="002C3E9E"/>
    <w:rsid w:val="00326F90"/>
    <w:rsid w:val="003356A3"/>
    <w:rsid w:val="00347E91"/>
    <w:rsid w:val="003A5304"/>
    <w:rsid w:val="003F280D"/>
    <w:rsid w:val="004232B3"/>
    <w:rsid w:val="004263B4"/>
    <w:rsid w:val="00454804"/>
    <w:rsid w:val="00560525"/>
    <w:rsid w:val="0057242B"/>
    <w:rsid w:val="0059359F"/>
    <w:rsid w:val="005C12D7"/>
    <w:rsid w:val="005F5AEE"/>
    <w:rsid w:val="00677F2F"/>
    <w:rsid w:val="006805E4"/>
    <w:rsid w:val="006A0C25"/>
    <w:rsid w:val="007436E1"/>
    <w:rsid w:val="0078759F"/>
    <w:rsid w:val="007A4D7F"/>
    <w:rsid w:val="007B5FB3"/>
    <w:rsid w:val="007C16CE"/>
    <w:rsid w:val="007D1E03"/>
    <w:rsid w:val="007E5C1A"/>
    <w:rsid w:val="007F2440"/>
    <w:rsid w:val="00801AD3"/>
    <w:rsid w:val="00805BEE"/>
    <w:rsid w:val="00865697"/>
    <w:rsid w:val="008E41A7"/>
    <w:rsid w:val="009165E4"/>
    <w:rsid w:val="00933B4D"/>
    <w:rsid w:val="00937021"/>
    <w:rsid w:val="009423EA"/>
    <w:rsid w:val="00953F60"/>
    <w:rsid w:val="009847EB"/>
    <w:rsid w:val="00986A02"/>
    <w:rsid w:val="00987C1B"/>
    <w:rsid w:val="00A0287B"/>
    <w:rsid w:val="00A625C6"/>
    <w:rsid w:val="00A74184"/>
    <w:rsid w:val="00A745E2"/>
    <w:rsid w:val="00AA1D8D"/>
    <w:rsid w:val="00AE09D0"/>
    <w:rsid w:val="00B042C1"/>
    <w:rsid w:val="00B07AE0"/>
    <w:rsid w:val="00B22BE8"/>
    <w:rsid w:val="00B47730"/>
    <w:rsid w:val="00BF43CA"/>
    <w:rsid w:val="00C05A30"/>
    <w:rsid w:val="00C36171"/>
    <w:rsid w:val="00C41E8A"/>
    <w:rsid w:val="00C46B6B"/>
    <w:rsid w:val="00C53CCD"/>
    <w:rsid w:val="00C65A04"/>
    <w:rsid w:val="00CA750F"/>
    <w:rsid w:val="00CB0664"/>
    <w:rsid w:val="00CB7944"/>
    <w:rsid w:val="00CF2C73"/>
    <w:rsid w:val="00E90E6A"/>
    <w:rsid w:val="00EB4DD5"/>
    <w:rsid w:val="00F014E4"/>
    <w:rsid w:val="00F16C33"/>
    <w:rsid w:val="00F2763E"/>
    <w:rsid w:val="00F42337"/>
    <w:rsid w:val="00F73757"/>
    <w:rsid w:val="00F87795"/>
    <w:rsid w:val="00FC693F"/>
    <w:rsid w:val="00FE41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gmaildefault">
    <w:name w:val="gmail_default"/>
    <w:basedOn w:val="DefaultParagraphFont"/>
    <w:rsid w:val="00C53CC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2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0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7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73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Windows</cp:lastModifiedBy>
  <cp:revision>2</cp:revision>
  <dcterms:created xsi:type="dcterms:W3CDTF">2026-06-23T12:51:00Z</dcterms:created>
  <dcterms:modified xsi:type="dcterms:W3CDTF">2026-06-23T12:51:00Z</dcterms:modified>
</cp:coreProperties>
</file>