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E03" w:rsidRDefault="002537DC">
      <w:pPr>
        <w:jc w:val="center"/>
        <w:rPr>
          <w:b/>
          <w:color w:val="0066CC"/>
          <w:sz w:val="44"/>
        </w:rPr>
      </w:pPr>
      <w:r>
        <w:rPr>
          <w:b/>
          <w:color w:val="0066CC"/>
          <w:sz w:val="44"/>
        </w:rPr>
        <w:t>Coming Up for Families</w:t>
      </w:r>
      <w:r w:rsidR="00CA750F">
        <w:rPr>
          <w:b/>
          <w:color w:val="0066CC"/>
          <w:sz w:val="44"/>
        </w:rPr>
        <w:t xml:space="preserve"> at</w:t>
      </w:r>
      <w:r>
        <w:rPr>
          <w:b/>
          <w:color w:val="0066CC"/>
          <w:sz w:val="44"/>
        </w:rPr>
        <w:br/>
        <w:t>Christ Church Parbold</w:t>
      </w:r>
      <w:r w:rsidR="00CA750F">
        <w:rPr>
          <w:b/>
          <w:color w:val="0066CC"/>
          <w:sz w:val="44"/>
        </w:rPr>
        <w:t xml:space="preserve"> in</w:t>
      </w:r>
      <w:r>
        <w:rPr>
          <w:b/>
          <w:color w:val="0066CC"/>
          <w:sz w:val="44"/>
        </w:rPr>
        <w:t xml:space="preserve"> </w:t>
      </w:r>
      <w:r w:rsidR="001759AA">
        <w:rPr>
          <w:b/>
          <w:color w:val="0066CC"/>
          <w:sz w:val="44"/>
        </w:rPr>
        <w:t>May</w:t>
      </w:r>
    </w:p>
    <w:p w:rsidR="00CB7944" w:rsidRPr="00131383" w:rsidRDefault="00C53CCD" w:rsidP="00CB7944">
      <w:pPr>
        <w:ind w:right="327"/>
        <w:rPr>
          <w:sz w:val="30"/>
          <w:szCs w:val="30"/>
        </w:rPr>
      </w:pPr>
      <w:r w:rsidRPr="00131383">
        <w:rPr>
          <w:b/>
          <w:sz w:val="30"/>
          <w:szCs w:val="30"/>
        </w:rPr>
        <w:t xml:space="preserve">Sunday </w:t>
      </w:r>
      <w:r w:rsidR="00987C1B">
        <w:rPr>
          <w:b/>
          <w:sz w:val="30"/>
          <w:szCs w:val="30"/>
        </w:rPr>
        <w:t>3</w:t>
      </w:r>
      <w:r w:rsidR="00987C1B" w:rsidRPr="00987C1B">
        <w:rPr>
          <w:b/>
          <w:sz w:val="30"/>
          <w:szCs w:val="30"/>
        </w:rPr>
        <w:t>rd</w:t>
      </w:r>
      <w:r w:rsidR="00987C1B">
        <w:rPr>
          <w:b/>
          <w:sz w:val="30"/>
          <w:szCs w:val="30"/>
        </w:rPr>
        <w:t xml:space="preserve"> May</w:t>
      </w:r>
      <w:r w:rsidR="0078759F" w:rsidRPr="00131383">
        <w:rPr>
          <w:b/>
          <w:sz w:val="30"/>
          <w:szCs w:val="30"/>
        </w:rPr>
        <w:t xml:space="preserve"> – 10</w:t>
      </w:r>
      <w:r w:rsidR="00CB7944" w:rsidRPr="00131383">
        <w:rPr>
          <w:b/>
          <w:sz w:val="30"/>
          <w:szCs w:val="30"/>
        </w:rPr>
        <w:t>:30am</w:t>
      </w:r>
    </w:p>
    <w:p w:rsidR="00CA750F" w:rsidRDefault="00F014E4" w:rsidP="00CA750F">
      <w:pPr>
        <w:pBdr>
          <w:bottom w:val="single" w:sz="6" w:space="1" w:color="auto"/>
        </w:pBdr>
        <w:rPr>
          <w:b/>
          <w:color w:val="0066CC"/>
          <w:sz w:val="30"/>
          <w:u w:val="single"/>
        </w:rPr>
      </w:pPr>
      <w:r>
        <w:rPr>
          <w:b/>
          <w:noProof/>
          <w:color w:val="0066CC"/>
          <w:sz w:val="30"/>
          <w:u w:val="single"/>
          <w:lang w:val="en-GB" w:eastAsia="en-GB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page">
              <wp:posOffset>6312846</wp:posOffset>
            </wp:positionH>
            <wp:positionV relativeFrom="paragraph">
              <wp:posOffset>222858</wp:posOffset>
            </wp:positionV>
            <wp:extent cx="1115276" cy="933855"/>
            <wp:effectExtent l="19050" t="0" r="8674" b="0"/>
            <wp:wrapNone/>
            <wp:docPr id="6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276" cy="93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6A02">
        <w:rPr>
          <w:b/>
          <w:color w:val="0066CC"/>
          <w:sz w:val="30"/>
          <w:u w:val="single"/>
        </w:rPr>
        <w:t>All Age</w:t>
      </w:r>
      <w:r w:rsidR="000C5432" w:rsidRPr="000C5432">
        <w:rPr>
          <w:b/>
          <w:color w:val="0066CC"/>
          <w:sz w:val="30"/>
          <w:u w:val="single"/>
        </w:rPr>
        <w:t xml:space="preserve"> Sunday</w:t>
      </w:r>
      <w:r w:rsidR="00986A02">
        <w:rPr>
          <w:b/>
          <w:color w:val="0066CC"/>
          <w:sz w:val="30"/>
          <w:u w:val="single"/>
        </w:rPr>
        <w:t xml:space="preserve"> Service</w:t>
      </w:r>
      <w:r w:rsidR="00CA750F">
        <w:rPr>
          <w:b/>
          <w:color w:val="0066CC"/>
          <w:sz w:val="30"/>
          <w:u w:val="single"/>
        </w:rPr>
        <w:t xml:space="preserve">   </w:t>
      </w:r>
    </w:p>
    <w:p w:rsidR="00953F60" w:rsidRDefault="001721CB" w:rsidP="00CA750F">
      <w:pPr>
        <w:pBdr>
          <w:bottom w:val="single" w:sz="6" w:space="1" w:color="auto"/>
        </w:pBdr>
        <w:rPr>
          <w:rStyle w:val="Heading1Char"/>
          <w:rFonts w:asciiTheme="minorHAnsi" w:hAnsi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warm welcome </w:t>
      </w:r>
      <w:r w:rsidR="00986A02">
        <w:rPr>
          <w:rFonts w:cstheme="minorHAnsi"/>
          <w:sz w:val="24"/>
          <w:szCs w:val="24"/>
        </w:rPr>
        <w:t>for</w:t>
      </w:r>
      <w:r>
        <w:rPr>
          <w:rFonts w:cstheme="minorHAnsi"/>
          <w:sz w:val="24"/>
          <w:szCs w:val="24"/>
        </w:rPr>
        <w:t xml:space="preserve"> everyone</w:t>
      </w:r>
      <w:r w:rsidR="00986A02">
        <w:rPr>
          <w:rFonts w:cstheme="minorHAnsi"/>
          <w:sz w:val="24"/>
          <w:szCs w:val="24"/>
        </w:rPr>
        <w:t xml:space="preserve"> to our All Age Sunday service which has    the theme of ‘Living Hope’ . We’ll also have our Youth Pop Up Band playing for us.</w:t>
      </w:r>
      <w:r w:rsidR="00C36171" w:rsidRPr="00F014E4">
        <w:rPr>
          <w:rStyle w:val="Heading1Char"/>
          <w:rFonts w:asciiTheme="minorHAnsi" w:hAnsiTheme="minorHAnsi"/>
          <w:sz w:val="24"/>
          <w:szCs w:val="24"/>
        </w:rPr>
        <w:t xml:space="preserve">  </w:t>
      </w:r>
    </w:p>
    <w:p w:rsidR="00CB7944" w:rsidRDefault="00C36171" w:rsidP="00CA750F">
      <w:pPr>
        <w:pBdr>
          <w:bottom w:val="single" w:sz="6" w:space="1" w:color="auto"/>
        </w:pBdr>
        <w:rPr>
          <w:sz w:val="24"/>
          <w:szCs w:val="24"/>
        </w:rPr>
      </w:pPr>
      <w:r w:rsidRPr="00F014E4">
        <w:rPr>
          <w:rStyle w:val="Heading1Char"/>
          <w:rFonts w:asciiTheme="minorHAnsi" w:hAnsiTheme="minorHAnsi"/>
          <w:sz w:val="24"/>
          <w:szCs w:val="24"/>
        </w:rPr>
        <w:t xml:space="preserve">                                </w:t>
      </w:r>
      <w:r w:rsidRPr="00F014E4">
        <w:rPr>
          <w:sz w:val="24"/>
          <w:szCs w:val="24"/>
        </w:rPr>
        <w:t xml:space="preserve">                 </w:t>
      </w:r>
    </w:p>
    <w:p w:rsidR="00953F60" w:rsidRPr="00131383" w:rsidRDefault="00953F60" w:rsidP="00953F60">
      <w:pPr>
        <w:pBdr>
          <w:bottom w:val="single" w:sz="6" w:space="1" w:color="auto"/>
        </w:pBdr>
        <w:rPr>
          <w:b/>
          <w:color w:val="000000"/>
          <w:sz w:val="30"/>
          <w:szCs w:val="30"/>
        </w:rPr>
      </w:pPr>
      <w:r>
        <w:rPr>
          <w:b/>
          <w:noProof/>
          <w:color w:val="000000"/>
          <w:sz w:val="30"/>
          <w:szCs w:val="30"/>
          <w:lang w:val="en-GB" w:eastAsia="en-GB"/>
        </w:rPr>
        <w:drawing>
          <wp:anchor distT="0" distB="0" distL="0" distR="0" simplePos="0" relativeHeight="251693056" behindDoc="0" locked="0" layoutInCell="1" allowOverlap="1">
            <wp:simplePos x="0" y="0"/>
            <wp:positionH relativeFrom="page">
              <wp:posOffset>5748641</wp:posOffset>
            </wp:positionH>
            <wp:positionV relativeFrom="paragraph">
              <wp:posOffset>347169</wp:posOffset>
            </wp:positionV>
            <wp:extent cx="1390191" cy="719847"/>
            <wp:effectExtent l="19050" t="0" r="459" b="0"/>
            <wp:wrapNone/>
            <wp:docPr id="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191" cy="7198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31383">
        <w:rPr>
          <w:b/>
          <w:color w:val="000000"/>
          <w:sz w:val="30"/>
          <w:szCs w:val="30"/>
        </w:rPr>
        <w:t>Sunday</w:t>
      </w:r>
      <w:r>
        <w:rPr>
          <w:b/>
          <w:color w:val="000000"/>
          <w:sz w:val="30"/>
          <w:szCs w:val="30"/>
        </w:rPr>
        <w:t>’s 3</w:t>
      </w:r>
      <w:r w:rsidRPr="00454804">
        <w:rPr>
          <w:b/>
          <w:color w:val="000000"/>
          <w:sz w:val="30"/>
          <w:szCs w:val="30"/>
        </w:rPr>
        <w:t>rd</w:t>
      </w:r>
      <w:r>
        <w:rPr>
          <w:b/>
          <w:color w:val="000000"/>
          <w:sz w:val="30"/>
          <w:szCs w:val="30"/>
        </w:rPr>
        <w:t>, 17</w:t>
      </w:r>
      <w:r w:rsidRPr="00454804">
        <w:rPr>
          <w:b/>
          <w:color w:val="000000"/>
          <w:sz w:val="30"/>
          <w:szCs w:val="30"/>
        </w:rPr>
        <w:t>th</w:t>
      </w:r>
      <w:r>
        <w:rPr>
          <w:b/>
          <w:color w:val="000000"/>
          <w:sz w:val="30"/>
          <w:szCs w:val="30"/>
        </w:rPr>
        <w:t xml:space="preserve"> &amp; 31</w:t>
      </w:r>
      <w:r w:rsidRPr="00454804">
        <w:rPr>
          <w:b/>
          <w:color w:val="000000"/>
          <w:sz w:val="30"/>
          <w:szCs w:val="30"/>
        </w:rPr>
        <w:t>st</w:t>
      </w:r>
      <w:r>
        <w:rPr>
          <w:b/>
          <w:color w:val="000000"/>
          <w:sz w:val="30"/>
          <w:szCs w:val="30"/>
        </w:rPr>
        <w:t xml:space="preserve"> May</w:t>
      </w:r>
      <w:r w:rsidRPr="00131383">
        <w:rPr>
          <w:b/>
          <w:color w:val="000000"/>
          <w:sz w:val="30"/>
          <w:szCs w:val="30"/>
        </w:rPr>
        <w:t xml:space="preserve"> – 6:00pm</w:t>
      </w:r>
    </w:p>
    <w:p w:rsidR="00953F60" w:rsidRPr="000C5432" w:rsidRDefault="00953F60" w:rsidP="00953F60">
      <w:pPr>
        <w:pBdr>
          <w:bottom w:val="single" w:sz="6" w:space="1" w:color="auto"/>
        </w:pBdr>
        <w:rPr>
          <w:b/>
          <w:color w:val="0066CC"/>
          <w:sz w:val="30"/>
          <w:u w:val="single"/>
        </w:rPr>
      </w:pPr>
      <w:r w:rsidRPr="000C5432">
        <w:rPr>
          <w:b/>
          <w:color w:val="0066CC"/>
          <w:sz w:val="30"/>
          <w:u w:val="single"/>
        </w:rPr>
        <w:t xml:space="preserve">Soul Action Café (Youth) </w:t>
      </w:r>
    </w:p>
    <w:p w:rsidR="00953F60" w:rsidRDefault="00953F60" w:rsidP="00953F60">
      <w:pPr>
        <w:pBdr>
          <w:bottom w:val="single" w:sz="6" w:space="1" w:color="auto"/>
        </w:pBdr>
        <w:rPr>
          <w:color w:val="3C3C3C"/>
          <w:sz w:val="24"/>
        </w:rPr>
      </w:pPr>
      <w:r>
        <w:rPr>
          <w:color w:val="3C3C3C"/>
          <w:sz w:val="24"/>
        </w:rPr>
        <w:t xml:space="preserve">Our youth group is for Year 7+ and meets in the Scout Hut. </w:t>
      </w:r>
    </w:p>
    <w:p w:rsidR="00953F60" w:rsidRDefault="00953F60" w:rsidP="00953F60">
      <w:pPr>
        <w:pBdr>
          <w:bottom w:val="single" w:sz="6" w:space="1" w:color="auto"/>
        </w:pBdr>
        <w:rPr>
          <w:color w:val="3C3C3C"/>
          <w:sz w:val="24"/>
        </w:rPr>
      </w:pPr>
    </w:p>
    <w:p w:rsidR="00953F60" w:rsidRPr="00131383" w:rsidRDefault="00953F60" w:rsidP="00953F60">
      <w:pPr>
        <w:pBdr>
          <w:bottom w:val="single" w:sz="6" w:space="1" w:color="auto"/>
        </w:pBdr>
        <w:rPr>
          <w:b/>
          <w:color w:val="000000"/>
          <w:sz w:val="30"/>
          <w:szCs w:val="30"/>
        </w:rPr>
      </w:pPr>
      <w:r w:rsidRPr="00131383">
        <w:rPr>
          <w:b/>
          <w:color w:val="000000"/>
          <w:sz w:val="30"/>
          <w:szCs w:val="30"/>
        </w:rPr>
        <w:t xml:space="preserve">Sunday </w:t>
      </w:r>
      <w:r>
        <w:rPr>
          <w:b/>
          <w:color w:val="000000"/>
          <w:sz w:val="30"/>
          <w:szCs w:val="30"/>
        </w:rPr>
        <w:t>10</w:t>
      </w:r>
      <w:r w:rsidRPr="00987C1B">
        <w:rPr>
          <w:b/>
          <w:color w:val="000000"/>
          <w:sz w:val="30"/>
          <w:szCs w:val="30"/>
        </w:rPr>
        <w:t>th</w:t>
      </w:r>
      <w:r>
        <w:rPr>
          <w:b/>
          <w:color w:val="000000"/>
          <w:sz w:val="30"/>
          <w:szCs w:val="30"/>
        </w:rPr>
        <w:t xml:space="preserve"> May</w:t>
      </w:r>
      <w:r w:rsidRPr="00131383">
        <w:rPr>
          <w:b/>
          <w:color w:val="000000"/>
          <w:sz w:val="30"/>
          <w:szCs w:val="30"/>
        </w:rPr>
        <w:t xml:space="preserve"> – 10:30am</w:t>
      </w:r>
    </w:p>
    <w:p w:rsidR="00953F60" w:rsidRPr="000C5432" w:rsidRDefault="00953F60" w:rsidP="00953F60">
      <w:pPr>
        <w:pBdr>
          <w:bottom w:val="single" w:sz="6" w:space="1" w:color="auto"/>
        </w:pBdr>
        <w:rPr>
          <w:u w:val="single"/>
        </w:rPr>
      </w:pPr>
      <w:r w:rsidRPr="000C5432">
        <w:rPr>
          <w:b/>
          <w:color w:val="0066CC"/>
          <w:sz w:val="30"/>
          <w:u w:val="single"/>
        </w:rPr>
        <w:t xml:space="preserve">Junior Church &amp; Weekly Children’s Resources </w:t>
      </w:r>
    </w:p>
    <w:p w:rsidR="00953F60" w:rsidRDefault="00953F60" w:rsidP="00CA750F">
      <w:pPr>
        <w:pBdr>
          <w:bottom w:val="single" w:sz="6" w:space="1" w:color="auto"/>
        </w:pBdr>
        <w:rPr>
          <w:color w:val="3C3C3C"/>
          <w:sz w:val="24"/>
        </w:rPr>
      </w:pPr>
      <w:r>
        <w:rPr>
          <w:noProof/>
          <w:color w:val="3C3C3C"/>
          <w:sz w:val="24"/>
          <w:lang w:val="en-GB" w:eastAsia="en-GB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page">
              <wp:posOffset>5612454</wp:posOffset>
            </wp:positionH>
            <wp:positionV relativeFrom="paragraph">
              <wp:posOffset>238341</wp:posOffset>
            </wp:positionV>
            <wp:extent cx="1287199" cy="933855"/>
            <wp:effectExtent l="19050" t="0" r="8201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99" cy="93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C3C3C"/>
          <w:sz w:val="24"/>
        </w:rPr>
        <w:t>Junior Church meets in the Scout Hut for ages 4–13.  At the back of church each week we also have:</w:t>
      </w:r>
      <w:r>
        <w:rPr>
          <w:color w:val="3C3C3C"/>
          <w:sz w:val="24"/>
        </w:rPr>
        <w:br/>
        <w:t>• Tots’ Area (0–3yrs)</w:t>
      </w:r>
      <w:r>
        <w:rPr>
          <w:color w:val="3C3C3C"/>
          <w:sz w:val="24"/>
        </w:rPr>
        <w:br/>
        <w:t>• Lending Library</w:t>
      </w:r>
      <w:r>
        <w:rPr>
          <w:color w:val="3C3C3C"/>
          <w:sz w:val="24"/>
        </w:rPr>
        <w:br/>
        <w:t>• Resource Table with extra children’s activities</w:t>
      </w:r>
    </w:p>
    <w:p w:rsidR="00953F60" w:rsidRPr="00F014E4" w:rsidRDefault="00953F60" w:rsidP="00CA750F">
      <w:pPr>
        <w:pBdr>
          <w:bottom w:val="single" w:sz="6" w:space="1" w:color="auto"/>
        </w:pBdr>
        <w:rPr>
          <w:rFonts w:eastAsiaTheme="majorEastAsia" w:cstheme="majorBidi"/>
          <w:b/>
          <w:bCs/>
          <w:color w:val="365F91" w:themeColor="accent1" w:themeShade="BF"/>
          <w:sz w:val="24"/>
          <w:szCs w:val="24"/>
        </w:rPr>
      </w:pPr>
    </w:p>
    <w:p w:rsidR="00BF43CA" w:rsidRPr="00131383" w:rsidRDefault="00BF43CA" w:rsidP="00BF43CA">
      <w:pPr>
        <w:pBdr>
          <w:bottom w:val="single" w:sz="6" w:space="1" w:color="auto"/>
        </w:pBdr>
        <w:rPr>
          <w:b/>
          <w:color w:val="000000"/>
          <w:sz w:val="30"/>
          <w:szCs w:val="30"/>
        </w:rPr>
      </w:pPr>
      <w:r w:rsidRPr="00131383">
        <w:rPr>
          <w:b/>
          <w:color w:val="000000"/>
          <w:sz w:val="30"/>
          <w:szCs w:val="30"/>
        </w:rPr>
        <w:t>Sunday</w:t>
      </w:r>
      <w:r w:rsidR="00454804">
        <w:rPr>
          <w:b/>
          <w:color w:val="000000"/>
          <w:sz w:val="30"/>
          <w:szCs w:val="30"/>
        </w:rPr>
        <w:t xml:space="preserve"> 17</w:t>
      </w:r>
      <w:r w:rsidR="00CB7944" w:rsidRPr="00131383">
        <w:rPr>
          <w:b/>
          <w:color w:val="000000"/>
          <w:sz w:val="30"/>
          <w:szCs w:val="30"/>
        </w:rPr>
        <w:t xml:space="preserve">th </w:t>
      </w:r>
      <w:r w:rsidR="00454804">
        <w:rPr>
          <w:b/>
          <w:color w:val="000000"/>
          <w:sz w:val="30"/>
          <w:szCs w:val="30"/>
        </w:rPr>
        <w:t>May</w:t>
      </w:r>
      <w:r w:rsidR="00CB7944" w:rsidRPr="00131383">
        <w:rPr>
          <w:b/>
          <w:color w:val="000000"/>
          <w:sz w:val="30"/>
          <w:szCs w:val="30"/>
        </w:rPr>
        <w:t xml:space="preserve"> – 9:30am</w:t>
      </w:r>
    </w:p>
    <w:p w:rsidR="000C5432" w:rsidRDefault="00CB7944" w:rsidP="000C5432">
      <w:pPr>
        <w:pBdr>
          <w:bottom w:val="single" w:sz="6" w:space="1" w:color="auto"/>
        </w:pBdr>
        <w:rPr>
          <w:b/>
          <w:color w:val="0066CC"/>
          <w:sz w:val="30"/>
          <w:u w:val="single"/>
        </w:rPr>
      </w:pPr>
      <w:r w:rsidRPr="000C5432">
        <w:rPr>
          <w:b/>
          <w:color w:val="0066CC"/>
          <w:sz w:val="30"/>
          <w:u w:val="single"/>
        </w:rPr>
        <w:t>Muddy Church at the Hut</w:t>
      </w:r>
    </w:p>
    <w:p w:rsidR="00C36171" w:rsidRPr="00953F60" w:rsidRDefault="00987C1B" w:rsidP="00953F60">
      <w:pPr>
        <w:rPr>
          <w:rFonts w:eastAsia="Times New Roman" w:cs="Times New Roman"/>
          <w:sz w:val="24"/>
          <w:szCs w:val="24"/>
          <w:lang w:val="en-GB" w:eastAsia="en-GB"/>
        </w:rPr>
      </w:pPr>
      <w:r>
        <w:rPr>
          <w:noProof/>
          <w:sz w:val="24"/>
          <w:szCs w:val="24"/>
          <w:lang w:val="en-GB" w:eastAsia="en-GB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page">
              <wp:posOffset>6312847</wp:posOffset>
            </wp:positionH>
            <wp:positionV relativeFrom="paragraph">
              <wp:posOffset>257595</wp:posOffset>
            </wp:positionV>
            <wp:extent cx="973171" cy="972765"/>
            <wp:effectExtent l="1905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171" cy="972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05E4" w:rsidRPr="00986A02">
        <w:rPr>
          <w:sz w:val="24"/>
          <w:szCs w:val="24"/>
        </w:rPr>
        <w:t>An hour of outdoor fun and crafts focused on learning abo</w:t>
      </w:r>
      <w:r w:rsidR="0078759F" w:rsidRPr="00986A02">
        <w:rPr>
          <w:sz w:val="24"/>
          <w:szCs w:val="24"/>
        </w:rPr>
        <w:t>ut God and</w:t>
      </w:r>
      <w:r w:rsidR="0078759F" w:rsidRPr="00986A02">
        <w:rPr>
          <w:rFonts w:eastAsia="Times New Roman" w:cs="Arial"/>
          <w:color w:val="222222"/>
          <w:sz w:val="24"/>
          <w:szCs w:val="24"/>
          <w:lang w:val="en-GB" w:eastAsia="en-GB"/>
        </w:rPr>
        <w:t> </w:t>
      </w:r>
      <w:r w:rsidR="0078759F" w:rsidRPr="00986A02">
        <w:rPr>
          <w:rFonts w:eastAsia="Times New Roman" w:cs="Arial"/>
          <w:b/>
          <w:bCs/>
          <w:color w:val="222222"/>
          <w:sz w:val="24"/>
          <w:szCs w:val="24"/>
          <w:lang w:val="en-GB" w:eastAsia="en-GB"/>
        </w:rPr>
        <w:t>where, this time, the focus will be on</w:t>
      </w:r>
      <w:r w:rsidR="0078759F" w:rsidRPr="00986A02">
        <w:rPr>
          <w:rFonts w:eastAsia="Times New Roman" w:cs="Arial"/>
          <w:b/>
          <w:bCs/>
          <w:color w:val="000000"/>
          <w:sz w:val="24"/>
          <w:szCs w:val="24"/>
          <w:lang w:val="en-GB" w:eastAsia="en-GB"/>
        </w:rPr>
        <w:t xml:space="preserve"> the </w:t>
      </w:r>
      <w:r w:rsidR="00986A02" w:rsidRPr="00986A02">
        <w:rPr>
          <w:rFonts w:eastAsia="Times New Roman" w:cs="Arial"/>
          <w:b/>
          <w:bCs/>
          <w:color w:val="000000"/>
          <w:sz w:val="24"/>
          <w:szCs w:val="24"/>
          <w:lang w:val="en-GB" w:eastAsia="en-GB"/>
        </w:rPr>
        <w:t>Holy Spirit</w:t>
      </w:r>
      <w:r w:rsidR="0078759F" w:rsidRPr="00986A02">
        <w:rPr>
          <w:rFonts w:eastAsia="Times New Roman" w:cs="Arial"/>
          <w:b/>
          <w:bCs/>
          <w:color w:val="000000"/>
          <w:sz w:val="24"/>
          <w:szCs w:val="24"/>
          <w:lang w:val="en-GB" w:eastAsia="en-GB"/>
        </w:rPr>
        <w:t xml:space="preserve">. </w:t>
      </w:r>
      <w:r w:rsidR="00986A02" w:rsidRPr="00132985">
        <w:rPr>
          <w:rFonts w:eastAsia="Times New Roman" w:cs="Times New Roman"/>
          <w:sz w:val="24"/>
          <w:szCs w:val="24"/>
          <w:shd w:val="clear" w:color="auto" w:fill="FFFF00"/>
          <w:lang w:val="en-GB" w:eastAsia="en-GB"/>
        </w:rPr>
        <w:t>There's blind fold games, explosive prayer dropping and how to make a spark (safely!) as well as glue crosses, inflating balloons, make your own cross bangles and opening water shape prayers.</w:t>
      </w:r>
      <w:r w:rsidR="00986A02" w:rsidRPr="00986A02">
        <w:rPr>
          <w:rFonts w:eastAsia="Times New Roman" w:cs="Times New Roman"/>
          <w:sz w:val="24"/>
          <w:szCs w:val="24"/>
          <w:lang w:val="en-GB" w:eastAsia="en-GB"/>
        </w:rPr>
        <w:t xml:space="preserve">  </w:t>
      </w:r>
      <w:r w:rsidR="0078759F" w:rsidRPr="00986A02">
        <w:rPr>
          <w:rFonts w:eastAsia="Times New Roman" w:cs="Arial"/>
          <w:color w:val="000000"/>
          <w:sz w:val="24"/>
          <w:szCs w:val="24"/>
          <w:lang w:val="en-GB" w:eastAsia="en-GB"/>
        </w:rPr>
        <w:t>As well, there's our usual special Tots Table, s'mores and fire. </w:t>
      </w:r>
      <w:r w:rsidR="003A5304" w:rsidRPr="00986A02">
        <w:rPr>
          <w:rFonts w:eastAsia="Times New Roman" w:cs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    </w:t>
      </w:r>
      <w:r w:rsidR="003A5304" w:rsidRPr="00986A02">
        <w:rPr>
          <w:rFonts w:eastAsia="Times New Roman" w:cs="Calibri"/>
          <w:color w:val="000000"/>
          <w:sz w:val="24"/>
          <w:szCs w:val="24"/>
          <w:shd w:val="clear" w:color="auto" w:fill="FFFFFF"/>
          <w:lang w:val="en-GB" w:eastAsia="en-GB"/>
        </w:rPr>
        <w:t> </w:t>
      </w:r>
      <w:r w:rsidR="00C53CCD" w:rsidRPr="00986A02">
        <w:rPr>
          <w:b/>
          <w:bCs/>
          <w:color w:val="222222"/>
          <w:sz w:val="24"/>
          <w:szCs w:val="24"/>
          <w:u w:val="single"/>
          <w:shd w:val="clear" w:color="auto" w:fill="FFFFFF"/>
        </w:rPr>
        <w:t>Well done to</w:t>
      </w:r>
      <w:r w:rsidR="0078759F" w:rsidRPr="00986A02">
        <w:rPr>
          <w:b/>
          <w:bCs/>
          <w:color w:val="222222"/>
          <w:sz w:val="24"/>
          <w:szCs w:val="24"/>
          <w:u w:val="single"/>
          <w:shd w:val="clear" w:color="auto" w:fill="FFFFFF"/>
        </w:rPr>
        <w:t xml:space="preserve">:- </w:t>
      </w:r>
      <w:r w:rsidR="00C53CCD" w:rsidRPr="00986A02">
        <w:rPr>
          <w:color w:val="222222"/>
          <w:sz w:val="24"/>
          <w:szCs w:val="24"/>
          <w:shd w:val="clear" w:color="auto" w:fill="FFFFFF"/>
        </w:rPr>
        <w:t> </w:t>
      </w:r>
      <w:r w:rsidR="00132985">
        <w:rPr>
          <w:color w:val="222222"/>
          <w:sz w:val="24"/>
          <w:szCs w:val="24"/>
          <w:shd w:val="clear" w:color="auto" w:fill="FFFFFF"/>
        </w:rPr>
        <w:t>Robbie and Daniel G +</w:t>
      </w:r>
      <w:r w:rsidR="00986A02" w:rsidRPr="00986A02">
        <w:rPr>
          <w:color w:val="222222"/>
          <w:sz w:val="24"/>
          <w:szCs w:val="24"/>
          <w:shd w:val="clear" w:color="auto" w:fill="FFFFFF"/>
        </w:rPr>
        <w:t xml:space="preserve"> Esme, Zach H, Lucy &amp; Ethan W, Kaylee B, Joseph G, James K, Archie &amp; Holly S and William B,</w:t>
      </w:r>
      <w:r w:rsidR="003A5304" w:rsidRPr="00986A02">
        <w:rPr>
          <w:rStyle w:val="gmaildefault"/>
          <w:color w:val="222222"/>
          <w:sz w:val="24"/>
          <w:szCs w:val="24"/>
          <w:shd w:val="clear" w:color="auto" w:fill="FFFFFF"/>
        </w:rPr>
        <w:t> who</w:t>
      </w:r>
      <w:r w:rsidR="003A5304" w:rsidRPr="00986A02">
        <w:rPr>
          <w:color w:val="222222"/>
          <w:sz w:val="24"/>
          <w:szCs w:val="24"/>
          <w:shd w:val="clear" w:color="auto" w:fill="FFFFFF"/>
        </w:rPr>
        <w:t xml:space="preserve"> all 'Made It' round </w:t>
      </w:r>
      <w:r w:rsidR="00986A02" w:rsidRPr="00986A02">
        <w:rPr>
          <w:color w:val="222222"/>
          <w:sz w:val="24"/>
          <w:szCs w:val="24"/>
          <w:shd w:val="clear" w:color="auto" w:fill="FFFFFF"/>
        </w:rPr>
        <w:t>April’s</w:t>
      </w:r>
      <w:r w:rsidR="00C53CCD" w:rsidRPr="00986A02">
        <w:rPr>
          <w:color w:val="222222"/>
          <w:sz w:val="24"/>
          <w:szCs w:val="24"/>
          <w:shd w:val="clear" w:color="auto" w:fill="FFFFFF"/>
        </w:rPr>
        <w:t xml:space="preserve"> Muddy Church base</w:t>
      </w:r>
      <w:r w:rsidR="003A5304" w:rsidRPr="00986A02">
        <w:rPr>
          <w:color w:val="222222"/>
          <w:sz w:val="24"/>
          <w:szCs w:val="24"/>
          <w:shd w:val="clear" w:color="auto" w:fill="FFFFFF"/>
        </w:rPr>
        <w:t>s.</w:t>
      </w:r>
    </w:p>
    <w:p w:rsidR="009423EA" w:rsidRPr="00BF43CA" w:rsidRDefault="00BF43CA" w:rsidP="00BF43CA">
      <w:pPr>
        <w:pBdr>
          <w:bottom w:val="single" w:sz="6" w:space="1" w:color="auto"/>
        </w:pBdr>
        <w:rPr>
          <w:color w:val="3C3C3C"/>
          <w:sz w:val="24"/>
        </w:rPr>
      </w:pPr>
      <w:r>
        <w:rPr>
          <w:color w:val="3C3C3C"/>
          <w:sz w:val="24"/>
        </w:rPr>
        <w:br/>
      </w:r>
      <w:r w:rsidR="002537DC">
        <w:rPr>
          <w:color w:val="646464"/>
        </w:rPr>
        <w:t>For more details</w:t>
      </w:r>
      <w:r w:rsidR="00090578">
        <w:rPr>
          <w:color w:val="646464"/>
        </w:rPr>
        <w:t xml:space="preserve"> about our services</w:t>
      </w:r>
      <w:r w:rsidR="002537DC">
        <w:rPr>
          <w:color w:val="646464"/>
        </w:rPr>
        <w:t>, please contact Rev Sue: susanktimmins@aol.com</w:t>
      </w:r>
    </w:p>
    <w:sectPr w:rsidR="009423EA" w:rsidRPr="00BF43CA" w:rsidSect="00C65A04">
      <w:pgSz w:w="12240" w:h="15840"/>
      <w:pgMar w:top="142" w:right="2742" w:bottom="142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>
    <w:useFELayout/>
  </w:compat>
  <w:rsids>
    <w:rsidRoot w:val="00B47730"/>
    <w:rsid w:val="00034616"/>
    <w:rsid w:val="0006063C"/>
    <w:rsid w:val="00090578"/>
    <w:rsid w:val="000C5432"/>
    <w:rsid w:val="00131383"/>
    <w:rsid w:val="00132985"/>
    <w:rsid w:val="00137840"/>
    <w:rsid w:val="0015074B"/>
    <w:rsid w:val="001721CB"/>
    <w:rsid w:val="001759AA"/>
    <w:rsid w:val="0018152D"/>
    <w:rsid w:val="001B0D45"/>
    <w:rsid w:val="001D0526"/>
    <w:rsid w:val="001D1876"/>
    <w:rsid w:val="001F6BD0"/>
    <w:rsid w:val="002130ED"/>
    <w:rsid w:val="002537DC"/>
    <w:rsid w:val="0029639D"/>
    <w:rsid w:val="002C3E9E"/>
    <w:rsid w:val="00326F90"/>
    <w:rsid w:val="003A5304"/>
    <w:rsid w:val="003F280D"/>
    <w:rsid w:val="004263B4"/>
    <w:rsid w:val="00454804"/>
    <w:rsid w:val="00560525"/>
    <w:rsid w:val="0059359F"/>
    <w:rsid w:val="005F5AEE"/>
    <w:rsid w:val="00677F2F"/>
    <w:rsid w:val="006805E4"/>
    <w:rsid w:val="007436E1"/>
    <w:rsid w:val="0078759F"/>
    <w:rsid w:val="007A4D7F"/>
    <w:rsid w:val="007B5FB3"/>
    <w:rsid w:val="007C16CE"/>
    <w:rsid w:val="007D1E03"/>
    <w:rsid w:val="007E5C1A"/>
    <w:rsid w:val="007F2440"/>
    <w:rsid w:val="00801AD3"/>
    <w:rsid w:val="00805BEE"/>
    <w:rsid w:val="00865697"/>
    <w:rsid w:val="008E41A7"/>
    <w:rsid w:val="009165E4"/>
    <w:rsid w:val="00937021"/>
    <w:rsid w:val="009423EA"/>
    <w:rsid w:val="00953F60"/>
    <w:rsid w:val="00986A02"/>
    <w:rsid w:val="00987C1B"/>
    <w:rsid w:val="00A0287B"/>
    <w:rsid w:val="00A625C6"/>
    <w:rsid w:val="00A74184"/>
    <w:rsid w:val="00AA1D8D"/>
    <w:rsid w:val="00B042C1"/>
    <w:rsid w:val="00B07AE0"/>
    <w:rsid w:val="00B22BE8"/>
    <w:rsid w:val="00B47730"/>
    <w:rsid w:val="00BF43CA"/>
    <w:rsid w:val="00C05A30"/>
    <w:rsid w:val="00C36171"/>
    <w:rsid w:val="00C41E8A"/>
    <w:rsid w:val="00C53CCD"/>
    <w:rsid w:val="00C65A04"/>
    <w:rsid w:val="00CA750F"/>
    <w:rsid w:val="00CB0664"/>
    <w:rsid w:val="00CB7944"/>
    <w:rsid w:val="00CF2C73"/>
    <w:rsid w:val="00E90E6A"/>
    <w:rsid w:val="00EB4DD5"/>
    <w:rsid w:val="00F014E4"/>
    <w:rsid w:val="00F16C33"/>
    <w:rsid w:val="00F2763E"/>
    <w:rsid w:val="00F42337"/>
    <w:rsid w:val="00F73757"/>
    <w:rsid w:val="00F87795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gmaildefault">
    <w:name w:val="gmail_default"/>
    <w:basedOn w:val="DefaultParagraphFont"/>
    <w:rsid w:val="00C53CC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2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Windows</cp:lastModifiedBy>
  <cp:revision>2</cp:revision>
  <dcterms:created xsi:type="dcterms:W3CDTF">2026-04-23T10:09:00Z</dcterms:created>
  <dcterms:modified xsi:type="dcterms:W3CDTF">2026-04-23T10:09:00Z</dcterms:modified>
</cp:coreProperties>
</file>