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EA" w:rsidRDefault="002537DC">
      <w:pPr>
        <w:jc w:val="center"/>
        <w:rPr>
          <w:b/>
          <w:color w:val="0066CC"/>
          <w:sz w:val="44"/>
        </w:rPr>
      </w:pPr>
      <w:r>
        <w:rPr>
          <w:b/>
          <w:color w:val="0066CC"/>
          <w:sz w:val="44"/>
        </w:rPr>
        <w:t>Coming Up for Families</w:t>
      </w:r>
      <w:r w:rsidR="00CA750F">
        <w:rPr>
          <w:b/>
          <w:color w:val="0066CC"/>
          <w:sz w:val="44"/>
        </w:rPr>
        <w:t xml:space="preserve"> at</w:t>
      </w:r>
      <w:r>
        <w:rPr>
          <w:b/>
          <w:color w:val="0066CC"/>
          <w:sz w:val="44"/>
        </w:rPr>
        <w:br/>
        <w:t xml:space="preserve">Christ Church </w:t>
      </w:r>
      <w:proofErr w:type="spellStart"/>
      <w:r>
        <w:rPr>
          <w:b/>
          <w:color w:val="0066CC"/>
          <w:sz w:val="44"/>
        </w:rPr>
        <w:t>Parbold</w:t>
      </w:r>
      <w:proofErr w:type="spellEnd"/>
      <w:r w:rsidR="00CA750F">
        <w:rPr>
          <w:b/>
          <w:color w:val="0066CC"/>
          <w:sz w:val="44"/>
        </w:rPr>
        <w:t xml:space="preserve"> in</w:t>
      </w:r>
      <w:r>
        <w:rPr>
          <w:b/>
          <w:color w:val="0066CC"/>
          <w:sz w:val="44"/>
        </w:rPr>
        <w:t xml:space="preserve"> </w:t>
      </w:r>
      <w:r w:rsidR="00B22BE8">
        <w:rPr>
          <w:b/>
          <w:color w:val="0066CC"/>
          <w:sz w:val="44"/>
        </w:rPr>
        <w:t>April</w:t>
      </w:r>
    </w:p>
    <w:p w:rsidR="00CB7944" w:rsidRPr="00131383" w:rsidRDefault="00C53CCD" w:rsidP="00CB7944">
      <w:pPr>
        <w:ind w:right="327"/>
        <w:rPr>
          <w:sz w:val="30"/>
          <w:szCs w:val="30"/>
        </w:rPr>
      </w:pPr>
      <w:r w:rsidRPr="00131383">
        <w:rPr>
          <w:b/>
          <w:sz w:val="30"/>
          <w:szCs w:val="30"/>
        </w:rPr>
        <w:t xml:space="preserve">Sunday </w:t>
      </w:r>
      <w:r w:rsidR="0078759F" w:rsidRPr="00131383">
        <w:rPr>
          <w:b/>
          <w:sz w:val="30"/>
          <w:szCs w:val="30"/>
        </w:rPr>
        <w:t>5th April – 10</w:t>
      </w:r>
      <w:r w:rsidR="00CB7944" w:rsidRPr="00131383">
        <w:rPr>
          <w:b/>
          <w:sz w:val="30"/>
          <w:szCs w:val="30"/>
        </w:rPr>
        <w:t>:30am</w:t>
      </w:r>
    </w:p>
    <w:p w:rsidR="00CA750F" w:rsidRDefault="00F014E4" w:rsidP="00CA750F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>
        <w:rPr>
          <w:b/>
          <w:noProof/>
          <w:color w:val="0066CC"/>
          <w:sz w:val="30"/>
          <w:u w:val="single"/>
          <w:lang w:val="en-GB" w:eastAsia="en-GB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6200775</wp:posOffset>
            </wp:positionH>
            <wp:positionV relativeFrom="paragraph">
              <wp:posOffset>217170</wp:posOffset>
            </wp:positionV>
            <wp:extent cx="1162050" cy="800100"/>
            <wp:effectExtent l="19050" t="0" r="0" b="0"/>
            <wp:wrapNone/>
            <wp:docPr id="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5432" w:rsidRPr="000C5432">
        <w:rPr>
          <w:b/>
          <w:color w:val="0066CC"/>
          <w:sz w:val="30"/>
          <w:u w:val="single"/>
        </w:rPr>
        <w:t>All Age Easter Sunday and Holy Communion Service</w:t>
      </w:r>
      <w:r w:rsidR="00CA750F">
        <w:rPr>
          <w:b/>
          <w:color w:val="0066CC"/>
          <w:sz w:val="30"/>
          <w:u w:val="single"/>
        </w:rPr>
        <w:t xml:space="preserve">    </w:t>
      </w:r>
    </w:p>
    <w:p w:rsidR="00CB7944" w:rsidRPr="00F014E4" w:rsidRDefault="001721CB" w:rsidP="00CA750F">
      <w:pPr>
        <w:pBdr>
          <w:bottom w:val="single" w:sz="6" w:space="1" w:color="auto"/>
        </w:pBdr>
        <w:rPr>
          <w:rFonts w:eastAsiaTheme="majorEastAsia" w:cstheme="majorBidi"/>
          <w:b/>
          <w:bCs/>
          <w:color w:val="365F91" w:themeColor="accent1" w:themeShade="BF"/>
          <w:sz w:val="24"/>
          <w:szCs w:val="24"/>
        </w:rPr>
      </w:pPr>
      <w:r>
        <w:rPr>
          <w:rFonts w:cstheme="minorHAnsi"/>
          <w:sz w:val="24"/>
          <w:szCs w:val="24"/>
        </w:rPr>
        <w:t>A warm welcome to everyone</w:t>
      </w:r>
      <w:r w:rsidR="00C36171" w:rsidRPr="00F014E4">
        <w:rPr>
          <w:rFonts w:cstheme="minorHAnsi"/>
          <w:sz w:val="24"/>
          <w:szCs w:val="24"/>
        </w:rPr>
        <w:t xml:space="preserve"> as we celebrate Easter with this special all age service which</w:t>
      </w:r>
      <w:r w:rsidR="005F5AEE" w:rsidRPr="00F014E4">
        <w:rPr>
          <w:rFonts w:cstheme="minorHAnsi"/>
          <w:sz w:val="24"/>
          <w:szCs w:val="24"/>
        </w:rPr>
        <w:t xml:space="preserve"> also features our Youth Pop </w:t>
      </w:r>
      <w:proofErr w:type="gramStart"/>
      <w:r w:rsidR="005F5AEE" w:rsidRPr="00F014E4">
        <w:rPr>
          <w:rFonts w:cstheme="minorHAnsi"/>
          <w:sz w:val="24"/>
          <w:szCs w:val="24"/>
        </w:rPr>
        <w:t>Up</w:t>
      </w:r>
      <w:proofErr w:type="gramEnd"/>
      <w:r w:rsidR="005F5AEE" w:rsidRPr="00F014E4">
        <w:rPr>
          <w:rFonts w:cstheme="minorHAnsi"/>
          <w:sz w:val="24"/>
          <w:szCs w:val="24"/>
        </w:rPr>
        <w:t xml:space="preserve"> Band. The service</w:t>
      </w:r>
      <w:r w:rsidR="00C36171" w:rsidRPr="00F014E4">
        <w:rPr>
          <w:rFonts w:cstheme="minorHAnsi"/>
          <w:sz w:val="24"/>
          <w:szCs w:val="24"/>
        </w:rPr>
        <w:t xml:space="preserve"> will be followed by our Easter Egg Hunt for both school and pre-school children</w:t>
      </w:r>
      <w:r w:rsidR="00F16C33" w:rsidRPr="00F014E4">
        <w:rPr>
          <w:rStyle w:val="Heading1Char"/>
          <w:rFonts w:asciiTheme="minorHAnsi" w:hAnsiTheme="minorHAnsi"/>
          <w:sz w:val="24"/>
          <w:szCs w:val="24"/>
        </w:rPr>
        <w:t>.</w:t>
      </w:r>
      <w:r w:rsidR="00C36171" w:rsidRPr="00F014E4">
        <w:rPr>
          <w:rStyle w:val="Heading1Char"/>
          <w:rFonts w:asciiTheme="minorHAnsi" w:hAnsiTheme="minorHAnsi"/>
          <w:sz w:val="24"/>
          <w:szCs w:val="24"/>
        </w:rPr>
        <w:t xml:space="preserve">                                          </w:t>
      </w:r>
      <w:r w:rsidR="00C36171" w:rsidRPr="00F014E4">
        <w:rPr>
          <w:sz w:val="24"/>
          <w:szCs w:val="24"/>
        </w:rPr>
        <w:t xml:space="preserve">                 </w:t>
      </w:r>
    </w:p>
    <w:p w:rsidR="00BF43CA" w:rsidRPr="00131383" w:rsidRDefault="00BF43CA" w:rsidP="00BF43CA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 w:rsidRPr="00131383">
        <w:rPr>
          <w:b/>
          <w:color w:val="000000"/>
          <w:sz w:val="30"/>
          <w:szCs w:val="30"/>
        </w:rPr>
        <w:t>Sunday</w:t>
      </w:r>
      <w:r w:rsidR="0078759F" w:rsidRPr="00131383">
        <w:rPr>
          <w:b/>
          <w:color w:val="000000"/>
          <w:sz w:val="30"/>
          <w:szCs w:val="30"/>
        </w:rPr>
        <w:t xml:space="preserve"> 19</w:t>
      </w:r>
      <w:r w:rsidR="00CB7944" w:rsidRPr="00131383">
        <w:rPr>
          <w:b/>
          <w:color w:val="000000"/>
          <w:sz w:val="30"/>
          <w:szCs w:val="30"/>
        </w:rPr>
        <w:t xml:space="preserve">th </w:t>
      </w:r>
      <w:r w:rsidR="0078759F" w:rsidRPr="00131383">
        <w:rPr>
          <w:b/>
          <w:color w:val="000000"/>
          <w:sz w:val="30"/>
          <w:szCs w:val="30"/>
        </w:rPr>
        <w:t>April</w:t>
      </w:r>
      <w:r w:rsidR="00CB7944" w:rsidRPr="00131383">
        <w:rPr>
          <w:b/>
          <w:color w:val="000000"/>
          <w:sz w:val="30"/>
          <w:szCs w:val="30"/>
        </w:rPr>
        <w:t xml:space="preserve"> – 9:30am</w:t>
      </w:r>
    </w:p>
    <w:p w:rsidR="000C5432" w:rsidRDefault="00CB7944" w:rsidP="000C5432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 w:rsidRPr="000C5432">
        <w:rPr>
          <w:b/>
          <w:color w:val="0066CC"/>
          <w:sz w:val="30"/>
          <w:u w:val="single"/>
        </w:rPr>
        <w:t>Muddy Church at the Hut</w:t>
      </w:r>
      <w:r w:rsidR="00137840" w:rsidRPr="0078759F">
        <w:rPr>
          <w:rFonts w:eastAsia="Times New Roman" w:cs="Arial"/>
          <w:b/>
          <w:bCs/>
          <w:noProof/>
          <w:color w:val="000000"/>
          <w:sz w:val="24"/>
          <w:szCs w:val="24"/>
          <w:lang w:val="en-GB" w:eastAsia="en-GB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6315075</wp:posOffset>
            </wp:positionH>
            <wp:positionV relativeFrom="paragraph">
              <wp:posOffset>334645</wp:posOffset>
            </wp:positionV>
            <wp:extent cx="1143000" cy="1228725"/>
            <wp:effectExtent l="19050" t="0" r="0" b="0"/>
            <wp:wrapNone/>
            <wp:docPr id="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6171" w:rsidRPr="0078759F" w:rsidRDefault="006805E4" w:rsidP="00BF43CA">
      <w:pPr>
        <w:pBdr>
          <w:bottom w:val="single" w:sz="6" w:space="1" w:color="auto"/>
        </w:pBdr>
        <w:rPr>
          <w:color w:val="222222"/>
          <w:sz w:val="24"/>
          <w:szCs w:val="24"/>
          <w:shd w:val="clear" w:color="auto" w:fill="FFFFFF"/>
        </w:rPr>
      </w:pPr>
      <w:r w:rsidRPr="0078759F">
        <w:rPr>
          <w:sz w:val="24"/>
          <w:szCs w:val="24"/>
        </w:rPr>
        <w:t>An hour of outdoor fun and crafts focused on learning abo</w:t>
      </w:r>
      <w:r w:rsidR="0078759F" w:rsidRPr="0078759F">
        <w:rPr>
          <w:sz w:val="24"/>
          <w:szCs w:val="24"/>
        </w:rPr>
        <w:t>ut God and</w:t>
      </w:r>
      <w:r w:rsidR="0078759F" w:rsidRPr="0078759F">
        <w:rPr>
          <w:rFonts w:eastAsia="Times New Roman" w:cs="Arial"/>
          <w:color w:val="222222"/>
          <w:sz w:val="24"/>
          <w:szCs w:val="24"/>
          <w:lang w:val="en-GB" w:eastAsia="en-GB"/>
        </w:rPr>
        <w:t> </w:t>
      </w:r>
      <w:r w:rsidR="0078759F" w:rsidRPr="0078759F">
        <w:rPr>
          <w:rFonts w:eastAsia="Times New Roman" w:cs="Arial"/>
          <w:b/>
          <w:bCs/>
          <w:color w:val="222222"/>
          <w:sz w:val="24"/>
          <w:szCs w:val="24"/>
          <w:lang w:val="en-GB" w:eastAsia="en-GB"/>
        </w:rPr>
        <w:t>where, this time, the focus will be on</w:t>
      </w:r>
      <w:r w:rsidR="0078759F" w:rsidRPr="0078759F">
        <w:rPr>
          <w:rFonts w:eastAsia="Times New Roman" w:cs="Arial"/>
          <w:b/>
          <w:bCs/>
          <w:color w:val="000000"/>
          <w:sz w:val="24"/>
          <w:szCs w:val="24"/>
          <w:lang w:val="en-GB" w:eastAsia="en-GB"/>
        </w:rPr>
        <w:t> the Resurrection on Easter Sunday.</w:t>
      </w:r>
      <w:r w:rsidR="0078759F">
        <w:rPr>
          <w:rFonts w:eastAsia="Times New Roman" w:cs="Arial"/>
          <w:b/>
          <w:bCs/>
          <w:color w:val="000000"/>
          <w:sz w:val="24"/>
          <w:szCs w:val="24"/>
          <w:lang w:val="en-GB" w:eastAsia="en-GB"/>
        </w:rPr>
        <w:t xml:space="preserve"> </w:t>
      </w:r>
      <w:r w:rsidR="0078759F" w:rsidRPr="0078759F">
        <w:rPr>
          <w:rFonts w:eastAsia="Times New Roman" w:cs="Arial"/>
          <w:color w:val="000000"/>
          <w:sz w:val="24"/>
          <w:szCs w:val="24"/>
          <w:shd w:val="clear" w:color="auto" w:fill="FFFFFF"/>
          <w:lang w:val="en-GB" w:eastAsia="en-GB"/>
        </w:rPr>
        <w:t>We'll have a bouncing ball experiment, cross and rainbow painting, expanding balloons. MYO nail or twig crosses, fizzy resurrection lemons and prayer jar fireworks.</w:t>
      </w:r>
      <w:r w:rsidR="000C5432">
        <w:rPr>
          <w:rFonts w:eastAsia="Times New Roman" w:cs="Arial"/>
          <w:color w:val="000000"/>
          <w:sz w:val="24"/>
          <w:szCs w:val="24"/>
          <w:shd w:val="clear" w:color="auto" w:fill="FFFFFF"/>
          <w:lang w:val="en-GB" w:eastAsia="en-GB"/>
        </w:rPr>
        <w:t xml:space="preserve"> </w:t>
      </w:r>
      <w:r w:rsidR="0078759F" w:rsidRPr="0078759F">
        <w:rPr>
          <w:rFonts w:eastAsia="Times New Roman" w:cs="Arial"/>
          <w:color w:val="000000"/>
          <w:sz w:val="24"/>
          <w:szCs w:val="24"/>
          <w:lang w:val="en-GB" w:eastAsia="en-GB"/>
        </w:rPr>
        <w:t xml:space="preserve">As well, there's our usual special Tots Table, </w:t>
      </w:r>
      <w:proofErr w:type="spellStart"/>
      <w:r w:rsidR="0078759F" w:rsidRPr="0078759F">
        <w:rPr>
          <w:rFonts w:eastAsia="Times New Roman" w:cs="Arial"/>
          <w:color w:val="000000"/>
          <w:sz w:val="24"/>
          <w:szCs w:val="24"/>
          <w:lang w:val="en-GB" w:eastAsia="en-GB"/>
        </w:rPr>
        <w:t>s'mores</w:t>
      </w:r>
      <w:proofErr w:type="spellEnd"/>
      <w:r w:rsidR="0078759F" w:rsidRPr="0078759F">
        <w:rPr>
          <w:rFonts w:eastAsia="Times New Roman" w:cs="Arial"/>
          <w:color w:val="000000"/>
          <w:sz w:val="24"/>
          <w:szCs w:val="24"/>
          <w:lang w:val="en-GB" w:eastAsia="en-GB"/>
        </w:rPr>
        <w:t xml:space="preserve"> and fire. </w:t>
      </w:r>
      <w:r w:rsidR="003A5304" w:rsidRPr="006805E4">
        <w:rPr>
          <w:rFonts w:eastAsia="Times New Roman" w:cs="Times New Roman"/>
          <w:color w:val="000000"/>
          <w:sz w:val="24"/>
          <w:szCs w:val="24"/>
          <w:shd w:val="clear" w:color="auto" w:fill="FFFFFF"/>
          <w:lang w:val="en-GB" w:eastAsia="en-GB"/>
        </w:rPr>
        <w:t xml:space="preserve">     </w:t>
      </w:r>
      <w:r w:rsidR="003A5304" w:rsidRPr="006805E4">
        <w:rPr>
          <w:rFonts w:eastAsia="Times New Roman" w:cs="Calibri"/>
          <w:color w:val="000000"/>
          <w:sz w:val="24"/>
          <w:szCs w:val="24"/>
          <w:shd w:val="clear" w:color="auto" w:fill="FFFFFF"/>
          <w:lang w:val="en-GB" w:eastAsia="en-GB"/>
        </w:rPr>
        <w:t> </w:t>
      </w:r>
      <w:r w:rsidR="00C53CCD" w:rsidRPr="0078759F">
        <w:rPr>
          <w:b/>
          <w:bCs/>
          <w:color w:val="222222"/>
          <w:sz w:val="24"/>
          <w:szCs w:val="24"/>
          <w:u w:val="single"/>
          <w:shd w:val="clear" w:color="auto" w:fill="FFFFFF"/>
        </w:rPr>
        <w:t>Well done to</w:t>
      </w:r>
      <w:proofErr w:type="gramStart"/>
      <w:r w:rsidR="0078759F">
        <w:rPr>
          <w:b/>
          <w:bCs/>
          <w:color w:val="222222"/>
          <w:sz w:val="24"/>
          <w:szCs w:val="24"/>
          <w:u w:val="single"/>
          <w:shd w:val="clear" w:color="auto" w:fill="FFFFFF"/>
        </w:rPr>
        <w:t>:-</w:t>
      </w:r>
      <w:proofErr w:type="gramEnd"/>
      <w:r w:rsidR="0078759F">
        <w:rPr>
          <w:b/>
          <w:bCs/>
          <w:color w:val="222222"/>
          <w:sz w:val="24"/>
          <w:szCs w:val="24"/>
          <w:u w:val="single"/>
          <w:shd w:val="clear" w:color="auto" w:fill="FFFFFF"/>
        </w:rPr>
        <w:t xml:space="preserve"> </w:t>
      </w:r>
      <w:r w:rsidR="00C53CCD" w:rsidRPr="0078759F">
        <w:rPr>
          <w:color w:val="222222"/>
          <w:sz w:val="24"/>
          <w:szCs w:val="24"/>
          <w:shd w:val="clear" w:color="auto" w:fill="FFFFFF"/>
        </w:rPr>
        <w:t> </w:t>
      </w:r>
      <w:r w:rsidR="0078759F" w:rsidRPr="0078759F">
        <w:rPr>
          <w:color w:val="222222"/>
          <w:sz w:val="24"/>
          <w:szCs w:val="24"/>
          <w:shd w:val="clear" w:color="auto" w:fill="FFFFFF"/>
        </w:rPr>
        <w:t>Phoebe S, Archie S, Daniel N</w:t>
      </w:r>
      <w:r w:rsidR="0078759F" w:rsidRPr="0078759F">
        <w:rPr>
          <w:rStyle w:val="gmaildefault"/>
          <w:color w:val="222222"/>
          <w:sz w:val="24"/>
          <w:szCs w:val="24"/>
          <w:shd w:val="clear" w:color="auto" w:fill="FFFFFF"/>
        </w:rPr>
        <w:t> </w:t>
      </w:r>
      <w:r w:rsidR="003A5304" w:rsidRPr="0078759F">
        <w:rPr>
          <w:rStyle w:val="gmaildefault"/>
          <w:color w:val="222222"/>
          <w:sz w:val="24"/>
          <w:szCs w:val="24"/>
          <w:shd w:val="clear" w:color="auto" w:fill="FFFFFF"/>
        </w:rPr>
        <w:t> who</w:t>
      </w:r>
      <w:r w:rsidR="003A5304" w:rsidRPr="0078759F">
        <w:rPr>
          <w:color w:val="222222"/>
          <w:sz w:val="24"/>
          <w:szCs w:val="24"/>
          <w:shd w:val="clear" w:color="auto" w:fill="FFFFFF"/>
        </w:rPr>
        <w:t xml:space="preserve"> all 'Made It' round </w:t>
      </w:r>
      <w:r w:rsidR="0078759F" w:rsidRPr="0078759F">
        <w:rPr>
          <w:color w:val="222222"/>
          <w:sz w:val="24"/>
          <w:szCs w:val="24"/>
          <w:shd w:val="clear" w:color="auto" w:fill="FFFFFF"/>
        </w:rPr>
        <w:t>March’s</w:t>
      </w:r>
      <w:r w:rsidR="00C53CCD" w:rsidRPr="0078759F">
        <w:rPr>
          <w:color w:val="222222"/>
          <w:sz w:val="24"/>
          <w:szCs w:val="24"/>
          <w:shd w:val="clear" w:color="auto" w:fill="FFFFFF"/>
        </w:rPr>
        <w:t xml:space="preserve"> Muddy Church base</w:t>
      </w:r>
      <w:r w:rsidR="003A5304" w:rsidRPr="0078759F">
        <w:rPr>
          <w:color w:val="222222"/>
          <w:sz w:val="24"/>
          <w:szCs w:val="24"/>
          <w:shd w:val="clear" w:color="auto" w:fill="FFFFFF"/>
        </w:rPr>
        <w:t>s.</w:t>
      </w:r>
    </w:p>
    <w:p w:rsidR="000C5432" w:rsidRPr="00131383" w:rsidRDefault="00EB4DD5" w:rsidP="000C5432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>
        <w:rPr>
          <w:b/>
          <w:noProof/>
          <w:color w:val="000000"/>
          <w:sz w:val="30"/>
          <w:szCs w:val="30"/>
          <w:lang w:val="en-GB" w:eastAsia="en-GB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page">
              <wp:posOffset>6391275</wp:posOffset>
            </wp:positionH>
            <wp:positionV relativeFrom="paragraph">
              <wp:posOffset>62230</wp:posOffset>
            </wp:positionV>
            <wp:extent cx="971550" cy="971550"/>
            <wp:effectExtent l="1905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6C33" w:rsidRPr="00131383">
        <w:rPr>
          <w:b/>
          <w:color w:val="000000"/>
          <w:sz w:val="30"/>
          <w:szCs w:val="30"/>
        </w:rPr>
        <w:t>Sunday 19th April – 6:00pm</w:t>
      </w:r>
    </w:p>
    <w:p w:rsidR="00F16C33" w:rsidRPr="000C5432" w:rsidRDefault="00F16C33" w:rsidP="00F16C33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 w:rsidRPr="000C5432">
        <w:rPr>
          <w:b/>
          <w:color w:val="0066CC"/>
          <w:sz w:val="30"/>
          <w:u w:val="single"/>
        </w:rPr>
        <w:t xml:space="preserve">Soul Action Café (Youth) </w:t>
      </w:r>
    </w:p>
    <w:p w:rsidR="000C5432" w:rsidRDefault="00F16C33" w:rsidP="000C5432">
      <w:pPr>
        <w:pBdr>
          <w:bottom w:val="single" w:sz="6" w:space="1" w:color="auto"/>
        </w:pBdr>
        <w:rPr>
          <w:color w:val="3C3C3C"/>
          <w:sz w:val="24"/>
        </w:rPr>
      </w:pPr>
      <w:r>
        <w:rPr>
          <w:color w:val="3C3C3C"/>
          <w:sz w:val="24"/>
        </w:rPr>
        <w:t>Our youth group</w:t>
      </w:r>
      <w:r w:rsidR="001721CB">
        <w:rPr>
          <w:color w:val="3C3C3C"/>
          <w:sz w:val="24"/>
        </w:rPr>
        <w:t xml:space="preserve"> is for Year 7+ and </w:t>
      </w:r>
      <w:r>
        <w:rPr>
          <w:color w:val="3C3C3C"/>
          <w:sz w:val="24"/>
        </w:rPr>
        <w:t>meets in the Scout Hut.</w:t>
      </w:r>
      <w:r w:rsidR="000C5432">
        <w:rPr>
          <w:color w:val="3C3C3C"/>
          <w:sz w:val="24"/>
        </w:rPr>
        <w:t xml:space="preserve"> </w:t>
      </w:r>
    </w:p>
    <w:p w:rsidR="00F42337" w:rsidRPr="00131383" w:rsidRDefault="00EB4DD5" w:rsidP="00F42337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>
        <w:rPr>
          <w:b/>
          <w:noProof/>
          <w:color w:val="000000"/>
          <w:sz w:val="30"/>
          <w:szCs w:val="30"/>
          <w:lang w:val="en-GB" w:eastAsia="en-GB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page">
              <wp:posOffset>6477000</wp:posOffset>
            </wp:positionH>
            <wp:positionV relativeFrom="paragraph">
              <wp:posOffset>19050</wp:posOffset>
            </wp:positionV>
            <wp:extent cx="909563" cy="1188000"/>
            <wp:effectExtent l="19050" t="0" r="4837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563" cy="118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2337">
        <w:rPr>
          <w:b/>
          <w:color w:val="000000"/>
          <w:sz w:val="30"/>
          <w:szCs w:val="30"/>
        </w:rPr>
        <w:t>Sunday 19th April – 7</w:t>
      </w:r>
      <w:r w:rsidR="00F42337" w:rsidRPr="00131383">
        <w:rPr>
          <w:b/>
          <w:color w:val="000000"/>
          <w:sz w:val="30"/>
          <w:szCs w:val="30"/>
        </w:rPr>
        <w:t>:00pm</w:t>
      </w:r>
    </w:p>
    <w:p w:rsidR="00F42337" w:rsidRPr="00EB4DD5" w:rsidRDefault="00F42337" w:rsidP="00F42337">
      <w:pPr>
        <w:pBdr>
          <w:bottom w:val="single" w:sz="6" w:space="1" w:color="auto"/>
        </w:pBdr>
        <w:rPr>
          <w:b/>
          <w:color w:val="0066CC"/>
          <w:sz w:val="30"/>
          <w:szCs w:val="30"/>
          <w:u w:val="single"/>
        </w:rPr>
      </w:pPr>
      <w:r w:rsidRPr="00EB4DD5">
        <w:rPr>
          <w:b/>
          <w:color w:val="0066CC"/>
          <w:sz w:val="30"/>
          <w:szCs w:val="30"/>
          <w:u w:val="single"/>
        </w:rPr>
        <w:t xml:space="preserve">Songs of Love and Praise </w:t>
      </w:r>
    </w:p>
    <w:p w:rsidR="00F42337" w:rsidRDefault="00F42337" w:rsidP="00F42337">
      <w:pPr>
        <w:pBdr>
          <w:bottom w:val="single" w:sz="6" w:space="1" w:color="auto"/>
        </w:pBdr>
        <w:rPr>
          <w:color w:val="3C3C3C"/>
          <w:sz w:val="24"/>
        </w:rPr>
      </w:pPr>
      <w:r>
        <w:rPr>
          <w:sz w:val="24"/>
          <w:szCs w:val="24"/>
        </w:rPr>
        <w:t>Join l</w:t>
      </w:r>
      <w:r w:rsidRPr="00ED0412">
        <w:rPr>
          <w:sz w:val="24"/>
          <w:szCs w:val="24"/>
        </w:rPr>
        <w:t xml:space="preserve">ocal singer David </w:t>
      </w:r>
      <w:proofErr w:type="spellStart"/>
      <w:r>
        <w:rPr>
          <w:sz w:val="24"/>
          <w:szCs w:val="24"/>
        </w:rPr>
        <w:t>Massam</w:t>
      </w:r>
      <w:proofErr w:type="spellEnd"/>
      <w:r>
        <w:rPr>
          <w:sz w:val="24"/>
          <w:szCs w:val="24"/>
        </w:rPr>
        <w:t xml:space="preserve"> for </w:t>
      </w:r>
      <w:r w:rsidRPr="00ED0412">
        <w:rPr>
          <w:sz w:val="24"/>
          <w:szCs w:val="24"/>
        </w:rPr>
        <w:t>a</w:t>
      </w:r>
      <w:r>
        <w:rPr>
          <w:sz w:val="24"/>
          <w:szCs w:val="24"/>
        </w:rPr>
        <w:t xml:space="preserve"> concert</w:t>
      </w:r>
      <w:r w:rsidRPr="00ED0412">
        <w:rPr>
          <w:sz w:val="24"/>
          <w:szCs w:val="24"/>
        </w:rPr>
        <w:t xml:space="preserve"> selection of</w:t>
      </w:r>
      <w:r>
        <w:rPr>
          <w:b/>
          <w:sz w:val="24"/>
          <w:szCs w:val="24"/>
        </w:rPr>
        <w:t xml:space="preserve"> </w:t>
      </w:r>
      <w:r w:rsidRPr="00ED0412">
        <w:rPr>
          <w:sz w:val="24"/>
          <w:szCs w:val="24"/>
        </w:rPr>
        <w:t>songs, hymns and contemporary pieces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proofErr w:type="gramStart"/>
      <w:r w:rsidRPr="00FD582B">
        <w:rPr>
          <w:sz w:val="24"/>
          <w:szCs w:val="24"/>
        </w:rPr>
        <w:t>Tickets £10</w:t>
      </w:r>
      <w:r>
        <w:rPr>
          <w:b/>
          <w:sz w:val="24"/>
          <w:szCs w:val="24"/>
        </w:rPr>
        <w:t xml:space="preserve"> </w:t>
      </w:r>
      <w:r w:rsidRPr="00F42337">
        <w:rPr>
          <w:sz w:val="24"/>
          <w:szCs w:val="24"/>
        </w:rPr>
        <w:t xml:space="preserve">from </w:t>
      </w:r>
      <w:proofErr w:type="spellStart"/>
      <w:r w:rsidRPr="00F42337">
        <w:rPr>
          <w:sz w:val="24"/>
          <w:szCs w:val="24"/>
        </w:rPr>
        <w:t>Parbold</w:t>
      </w:r>
      <w:proofErr w:type="spellEnd"/>
      <w:r w:rsidRPr="00F42337">
        <w:rPr>
          <w:sz w:val="24"/>
          <w:szCs w:val="24"/>
        </w:rPr>
        <w:t xml:space="preserve"> DIY</w:t>
      </w:r>
      <w:r w:rsidR="001721CB">
        <w:rPr>
          <w:sz w:val="24"/>
          <w:szCs w:val="24"/>
        </w:rPr>
        <w:t>.</w:t>
      </w:r>
      <w:proofErr w:type="gramEnd"/>
      <w:r w:rsidRPr="00ED0412">
        <w:rPr>
          <w:b/>
          <w:sz w:val="24"/>
          <w:szCs w:val="24"/>
        </w:rPr>
        <w:t xml:space="preserve">                           </w:t>
      </w:r>
    </w:p>
    <w:p w:rsidR="000C5432" w:rsidRPr="00131383" w:rsidRDefault="000C5432" w:rsidP="000C5432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>
        <w:rPr>
          <w:color w:val="3C3C3C"/>
          <w:sz w:val="24"/>
        </w:rPr>
        <w:t xml:space="preserve"> </w:t>
      </w:r>
      <w:r w:rsidR="00C36171" w:rsidRPr="00131383">
        <w:rPr>
          <w:b/>
          <w:color w:val="000000"/>
          <w:sz w:val="30"/>
          <w:szCs w:val="30"/>
        </w:rPr>
        <w:t>Sunday 26th April – 10:30am</w:t>
      </w:r>
    </w:p>
    <w:p w:rsidR="00C36171" w:rsidRPr="000C5432" w:rsidRDefault="00C36171" w:rsidP="000C5432">
      <w:pPr>
        <w:pBdr>
          <w:bottom w:val="single" w:sz="6" w:space="1" w:color="auto"/>
        </w:pBdr>
        <w:rPr>
          <w:u w:val="single"/>
        </w:rPr>
      </w:pPr>
      <w:r w:rsidRPr="000C5432">
        <w:rPr>
          <w:b/>
          <w:color w:val="0066CC"/>
          <w:sz w:val="30"/>
          <w:u w:val="single"/>
        </w:rPr>
        <w:t xml:space="preserve">Junior Church &amp; Weekly Children’s Resources </w:t>
      </w:r>
    </w:p>
    <w:p w:rsidR="00C36171" w:rsidRDefault="00EB4DD5" w:rsidP="00C36171">
      <w:pPr>
        <w:pBdr>
          <w:bottom w:val="single" w:sz="6" w:space="1" w:color="auto"/>
        </w:pBdr>
        <w:rPr>
          <w:color w:val="3C3C3C"/>
          <w:sz w:val="24"/>
        </w:rPr>
      </w:pPr>
      <w:r>
        <w:rPr>
          <w:noProof/>
          <w:color w:val="3C3C3C"/>
          <w:sz w:val="24"/>
          <w:lang w:val="en-GB" w:eastAsia="en-GB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6248400</wp:posOffset>
            </wp:positionH>
            <wp:positionV relativeFrom="paragraph">
              <wp:posOffset>152400</wp:posOffset>
            </wp:positionV>
            <wp:extent cx="952500" cy="819150"/>
            <wp:effectExtent l="1905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6171">
        <w:rPr>
          <w:color w:val="3C3C3C"/>
          <w:sz w:val="24"/>
        </w:rPr>
        <w:t>Junior Church meets in the Scout Hut for a</w:t>
      </w:r>
      <w:r>
        <w:rPr>
          <w:color w:val="3C3C3C"/>
          <w:sz w:val="24"/>
        </w:rPr>
        <w:t>ges 4–13.  At the back of church</w:t>
      </w:r>
      <w:r w:rsidR="00C36171">
        <w:rPr>
          <w:color w:val="3C3C3C"/>
          <w:sz w:val="24"/>
        </w:rPr>
        <w:t xml:space="preserve"> each week we also have</w:t>
      </w:r>
      <w:proofErr w:type="gramStart"/>
      <w:r w:rsidR="00C36171">
        <w:rPr>
          <w:color w:val="3C3C3C"/>
          <w:sz w:val="24"/>
        </w:rPr>
        <w:t>:</w:t>
      </w:r>
      <w:proofErr w:type="gramEnd"/>
      <w:r w:rsidR="00C36171">
        <w:rPr>
          <w:color w:val="3C3C3C"/>
          <w:sz w:val="24"/>
        </w:rPr>
        <w:br/>
        <w:t>• Tots’ Area (0–3yrs)</w:t>
      </w:r>
      <w:r w:rsidR="00C36171">
        <w:rPr>
          <w:color w:val="3C3C3C"/>
          <w:sz w:val="24"/>
        </w:rPr>
        <w:br/>
        <w:t>• Lending Library</w:t>
      </w:r>
      <w:r w:rsidR="00C36171">
        <w:rPr>
          <w:color w:val="3C3C3C"/>
          <w:sz w:val="24"/>
        </w:rPr>
        <w:br/>
        <w:t>• Resource Table with extra children’s activities</w:t>
      </w:r>
    </w:p>
    <w:p w:rsidR="009423EA" w:rsidRPr="00BF43CA" w:rsidRDefault="00BF43CA" w:rsidP="00BF43CA">
      <w:pPr>
        <w:pBdr>
          <w:bottom w:val="single" w:sz="6" w:space="1" w:color="auto"/>
        </w:pBdr>
        <w:rPr>
          <w:color w:val="3C3C3C"/>
          <w:sz w:val="24"/>
        </w:rPr>
      </w:pPr>
      <w:r>
        <w:rPr>
          <w:color w:val="3C3C3C"/>
          <w:sz w:val="24"/>
        </w:rPr>
        <w:br/>
      </w:r>
      <w:r w:rsidR="002537DC">
        <w:rPr>
          <w:color w:val="646464"/>
        </w:rPr>
        <w:t>For more details</w:t>
      </w:r>
      <w:r w:rsidR="00090578">
        <w:rPr>
          <w:color w:val="646464"/>
        </w:rPr>
        <w:t xml:space="preserve"> about our services</w:t>
      </w:r>
      <w:r w:rsidR="002537DC">
        <w:rPr>
          <w:color w:val="646464"/>
        </w:rPr>
        <w:t>, please contact Rev Sue: susanktimmins@aol.com</w:t>
      </w:r>
    </w:p>
    <w:sectPr w:rsidR="009423EA" w:rsidRPr="00BF43CA" w:rsidSect="00C65A04">
      <w:pgSz w:w="12240" w:h="15840"/>
      <w:pgMar w:top="142" w:right="2742" w:bottom="14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090578"/>
    <w:rsid w:val="000C5432"/>
    <w:rsid w:val="00131383"/>
    <w:rsid w:val="00137840"/>
    <w:rsid w:val="0015074B"/>
    <w:rsid w:val="001721CB"/>
    <w:rsid w:val="0018152D"/>
    <w:rsid w:val="001B0D45"/>
    <w:rsid w:val="001D0526"/>
    <w:rsid w:val="001D1876"/>
    <w:rsid w:val="001F6BD0"/>
    <w:rsid w:val="002130ED"/>
    <w:rsid w:val="002537DC"/>
    <w:rsid w:val="0029639D"/>
    <w:rsid w:val="002C3E9E"/>
    <w:rsid w:val="00326F90"/>
    <w:rsid w:val="003A5304"/>
    <w:rsid w:val="003F280D"/>
    <w:rsid w:val="004263B4"/>
    <w:rsid w:val="00560525"/>
    <w:rsid w:val="0059359F"/>
    <w:rsid w:val="005F5AEE"/>
    <w:rsid w:val="00677F2F"/>
    <w:rsid w:val="006805E4"/>
    <w:rsid w:val="0078759F"/>
    <w:rsid w:val="007A4D7F"/>
    <w:rsid w:val="007C16CE"/>
    <w:rsid w:val="007E5C1A"/>
    <w:rsid w:val="007F2440"/>
    <w:rsid w:val="00801AD3"/>
    <w:rsid w:val="00805BEE"/>
    <w:rsid w:val="00865697"/>
    <w:rsid w:val="008E41A7"/>
    <w:rsid w:val="009165E4"/>
    <w:rsid w:val="00937021"/>
    <w:rsid w:val="009423EA"/>
    <w:rsid w:val="00A0287B"/>
    <w:rsid w:val="00A625C6"/>
    <w:rsid w:val="00A74184"/>
    <w:rsid w:val="00AA1D8D"/>
    <w:rsid w:val="00B042C1"/>
    <w:rsid w:val="00B07AE0"/>
    <w:rsid w:val="00B22BE8"/>
    <w:rsid w:val="00B47730"/>
    <w:rsid w:val="00BF43CA"/>
    <w:rsid w:val="00C05A30"/>
    <w:rsid w:val="00C36171"/>
    <w:rsid w:val="00C41E8A"/>
    <w:rsid w:val="00C53CCD"/>
    <w:rsid w:val="00C65A04"/>
    <w:rsid w:val="00CA750F"/>
    <w:rsid w:val="00CB0664"/>
    <w:rsid w:val="00CB7944"/>
    <w:rsid w:val="00E90E6A"/>
    <w:rsid w:val="00EB4DD5"/>
    <w:rsid w:val="00F014E4"/>
    <w:rsid w:val="00F16C33"/>
    <w:rsid w:val="00F2763E"/>
    <w:rsid w:val="00F42337"/>
    <w:rsid w:val="00F73757"/>
    <w:rsid w:val="00F87795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gmaildefault">
    <w:name w:val="gmail_default"/>
    <w:basedOn w:val="DefaultParagraphFont"/>
    <w:rsid w:val="00C53CC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2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9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Windows</cp:lastModifiedBy>
  <cp:revision>2</cp:revision>
  <dcterms:created xsi:type="dcterms:W3CDTF">2026-03-23T14:12:00Z</dcterms:created>
  <dcterms:modified xsi:type="dcterms:W3CDTF">2026-03-23T14:12:00Z</dcterms:modified>
</cp:coreProperties>
</file>