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EA" w:rsidRDefault="002537DC">
      <w:pPr>
        <w:jc w:val="center"/>
        <w:rPr>
          <w:b/>
          <w:color w:val="0066CC"/>
          <w:sz w:val="44"/>
        </w:rPr>
      </w:pPr>
      <w:r>
        <w:rPr>
          <w:b/>
          <w:color w:val="0066CC"/>
          <w:sz w:val="44"/>
        </w:rPr>
        <w:t>Coming Up for Families</w:t>
      </w:r>
      <w:r>
        <w:rPr>
          <w:b/>
          <w:color w:val="0066CC"/>
          <w:sz w:val="44"/>
        </w:rPr>
        <w:br/>
        <w:t xml:space="preserve">Christ Church </w:t>
      </w:r>
      <w:proofErr w:type="spellStart"/>
      <w:r>
        <w:rPr>
          <w:b/>
          <w:color w:val="0066CC"/>
          <w:sz w:val="44"/>
        </w:rPr>
        <w:t>Parbold</w:t>
      </w:r>
      <w:proofErr w:type="spellEnd"/>
      <w:r>
        <w:rPr>
          <w:b/>
          <w:color w:val="0066CC"/>
          <w:sz w:val="44"/>
        </w:rPr>
        <w:t xml:space="preserve"> – </w:t>
      </w:r>
      <w:r w:rsidR="001D0526">
        <w:rPr>
          <w:b/>
          <w:color w:val="0066CC"/>
          <w:sz w:val="44"/>
        </w:rPr>
        <w:t>March</w:t>
      </w:r>
    </w:p>
    <w:p w:rsidR="00677F2F" w:rsidRDefault="00677F2F">
      <w:pPr>
        <w:jc w:val="center"/>
      </w:pPr>
    </w:p>
    <w:p w:rsidR="00CB7944" w:rsidRPr="00B07AE0" w:rsidRDefault="00C53CCD" w:rsidP="00CB7944">
      <w:pPr>
        <w:ind w:right="327"/>
        <w:rPr>
          <w:sz w:val="26"/>
          <w:szCs w:val="26"/>
        </w:rPr>
      </w:pPr>
      <w:r>
        <w:rPr>
          <w:b/>
          <w:sz w:val="26"/>
          <w:szCs w:val="26"/>
        </w:rPr>
        <w:t>Sunday 1</w:t>
      </w:r>
      <w:r w:rsidRPr="00C53CCD">
        <w:rPr>
          <w:b/>
          <w:sz w:val="26"/>
          <w:szCs w:val="26"/>
        </w:rPr>
        <w:t>st</w:t>
      </w:r>
      <w:r>
        <w:rPr>
          <w:b/>
          <w:sz w:val="26"/>
          <w:szCs w:val="26"/>
        </w:rPr>
        <w:t xml:space="preserve"> </w:t>
      </w:r>
      <w:r w:rsidR="003A5304">
        <w:rPr>
          <w:b/>
          <w:sz w:val="26"/>
          <w:szCs w:val="26"/>
        </w:rPr>
        <w:t>March – 9</w:t>
      </w:r>
      <w:r w:rsidR="00CB7944" w:rsidRPr="00B07AE0">
        <w:rPr>
          <w:b/>
          <w:sz w:val="26"/>
          <w:szCs w:val="26"/>
        </w:rPr>
        <w:t>:30am</w:t>
      </w:r>
    </w:p>
    <w:p w:rsidR="00CB7944" w:rsidRPr="00CB7944" w:rsidRDefault="00137840" w:rsidP="00CB7944">
      <w:r>
        <w:rPr>
          <w:b/>
          <w:noProof/>
          <w:color w:val="0066CC"/>
          <w:sz w:val="30"/>
          <w:lang w:val="en-GB" w:eastAsia="en-GB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69215</wp:posOffset>
            </wp:positionV>
            <wp:extent cx="1101090" cy="552450"/>
            <wp:effectExtent l="19050" t="0" r="3810" b="0"/>
            <wp:wrapNone/>
            <wp:docPr id="1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304">
        <w:rPr>
          <w:b/>
          <w:color w:val="0066CC"/>
          <w:sz w:val="30"/>
        </w:rPr>
        <w:t>Family</w:t>
      </w:r>
      <w:r w:rsidR="00CB7944">
        <w:rPr>
          <w:b/>
          <w:color w:val="0066CC"/>
          <w:sz w:val="30"/>
        </w:rPr>
        <w:t xml:space="preserve"> Service</w:t>
      </w:r>
      <w:r w:rsidR="001D0526">
        <w:rPr>
          <w:b/>
          <w:color w:val="0066CC"/>
          <w:sz w:val="30"/>
        </w:rPr>
        <w:t xml:space="preserve"> – Theme ‘Rest for our Souls’</w:t>
      </w:r>
    </w:p>
    <w:p w:rsidR="00CB7944" w:rsidRPr="00CB7944" w:rsidRDefault="00CB7944" w:rsidP="00CB7944">
      <w:pPr>
        <w:rPr>
          <w:sz w:val="24"/>
          <w:szCs w:val="24"/>
        </w:rPr>
      </w:pPr>
      <w:r w:rsidRPr="00CB7944">
        <w:rPr>
          <w:sz w:val="24"/>
          <w:szCs w:val="24"/>
        </w:rPr>
        <w:t>Jo</w:t>
      </w:r>
      <w:r w:rsidR="00C53CCD">
        <w:rPr>
          <w:sz w:val="24"/>
          <w:szCs w:val="24"/>
        </w:rPr>
        <w:t>in us in church for our lively and interactive</w:t>
      </w:r>
      <w:r w:rsidR="003A5304">
        <w:rPr>
          <w:sz w:val="24"/>
          <w:szCs w:val="24"/>
        </w:rPr>
        <w:t xml:space="preserve"> Family </w:t>
      </w:r>
      <w:r w:rsidRPr="00CB7944">
        <w:rPr>
          <w:sz w:val="24"/>
          <w:szCs w:val="24"/>
        </w:rPr>
        <w:t>Service</w:t>
      </w:r>
      <w:r w:rsidR="002C3E9E">
        <w:rPr>
          <w:sz w:val="24"/>
          <w:szCs w:val="24"/>
        </w:rPr>
        <w:t xml:space="preserve"> which also features</w:t>
      </w:r>
      <w:r w:rsidR="003A5304">
        <w:rPr>
          <w:sz w:val="24"/>
          <w:szCs w:val="24"/>
        </w:rPr>
        <w:t xml:space="preserve"> our Pop </w:t>
      </w:r>
      <w:proofErr w:type="gramStart"/>
      <w:r w:rsidR="003A5304">
        <w:rPr>
          <w:sz w:val="24"/>
          <w:szCs w:val="24"/>
        </w:rPr>
        <w:t>Up</w:t>
      </w:r>
      <w:proofErr w:type="gramEnd"/>
      <w:r w:rsidR="003A5304">
        <w:rPr>
          <w:sz w:val="24"/>
          <w:szCs w:val="24"/>
        </w:rPr>
        <w:t xml:space="preserve"> Youth Band</w:t>
      </w:r>
      <w:r w:rsidR="001D0526">
        <w:rPr>
          <w:sz w:val="24"/>
          <w:szCs w:val="24"/>
        </w:rPr>
        <w:t>.</w:t>
      </w:r>
    </w:p>
    <w:p w:rsidR="00CB7944" w:rsidRDefault="00CB7944" w:rsidP="00CB7944">
      <w:pPr>
        <w:jc w:val="center"/>
        <w:rPr>
          <w:color w:val="B4B4B4"/>
          <w:sz w:val="20"/>
        </w:rPr>
      </w:pPr>
      <w:r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C53CCD" w:rsidRDefault="00137840" w:rsidP="00C53CCD">
      <w:r>
        <w:rPr>
          <w:b/>
          <w:noProof/>
          <w:color w:val="000000"/>
          <w:sz w:val="26"/>
          <w:lang w:val="en-GB" w:eastAsia="en-GB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6181725</wp:posOffset>
            </wp:positionH>
            <wp:positionV relativeFrom="paragraph">
              <wp:posOffset>268605</wp:posOffset>
            </wp:positionV>
            <wp:extent cx="952500" cy="971550"/>
            <wp:effectExtent l="1905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3CCD">
        <w:rPr>
          <w:b/>
          <w:color w:val="000000"/>
          <w:sz w:val="26"/>
        </w:rPr>
        <w:t>Sunday’s 8</w:t>
      </w:r>
      <w:r w:rsidR="00C53CCD" w:rsidRPr="00E90E6A">
        <w:rPr>
          <w:b/>
          <w:color w:val="000000"/>
          <w:sz w:val="26"/>
        </w:rPr>
        <w:t>th</w:t>
      </w:r>
      <w:r w:rsidR="00C53CCD">
        <w:rPr>
          <w:b/>
          <w:color w:val="000000"/>
          <w:sz w:val="26"/>
        </w:rPr>
        <w:t xml:space="preserve"> &amp; 22</w:t>
      </w:r>
      <w:r w:rsidR="00C53CCD" w:rsidRPr="00C53CCD">
        <w:rPr>
          <w:b/>
          <w:color w:val="000000"/>
          <w:sz w:val="26"/>
        </w:rPr>
        <w:t>nd</w:t>
      </w:r>
      <w:r w:rsidR="00C53CCD">
        <w:rPr>
          <w:b/>
          <w:color w:val="000000"/>
          <w:sz w:val="26"/>
        </w:rPr>
        <w:t xml:space="preserve"> </w:t>
      </w:r>
      <w:r w:rsidR="003A5304">
        <w:rPr>
          <w:b/>
          <w:color w:val="000000"/>
          <w:sz w:val="26"/>
        </w:rPr>
        <w:t>March</w:t>
      </w:r>
      <w:r w:rsidR="00C53CCD">
        <w:rPr>
          <w:b/>
          <w:color w:val="000000"/>
          <w:sz w:val="26"/>
        </w:rPr>
        <w:t xml:space="preserve"> – 10:30am</w:t>
      </w:r>
    </w:p>
    <w:p w:rsidR="00C53CCD" w:rsidRDefault="00C53CCD" w:rsidP="00C53CCD">
      <w:r>
        <w:rPr>
          <w:b/>
          <w:color w:val="0066CC"/>
          <w:sz w:val="30"/>
        </w:rPr>
        <w:t xml:space="preserve">Junior Church &amp; Weekly Children’s Resources </w:t>
      </w:r>
    </w:p>
    <w:p w:rsidR="00BF43CA" w:rsidRDefault="00C53CCD" w:rsidP="00BF43CA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t>Junior Church meets in the Scout Hut for ages 4–13.  At the back of church each week we also have</w:t>
      </w:r>
      <w:proofErr w:type="gramStart"/>
      <w:r>
        <w:rPr>
          <w:color w:val="3C3C3C"/>
          <w:sz w:val="24"/>
        </w:rPr>
        <w:t>:</w:t>
      </w:r>
      <w:proofErr w:type="gramEnd"/>
      <w:r>
        <w:rPr>
          <w:color w:val="3C3C3C"/>
          <w:sz w:val="24"/>
        </w:rPr>
        <w:br/>
        <w:t>• Tots’ Area (0–3yrs)</w:t>
      </w:r>
      <w:r>
        <w:rPr>
          <w:color w:val="3C3C3C"/>
          <w:sz w:val="24"/>
        </w:rPr>
        <w:br/>
        <w:t>• Lending Library</w:t>
      </w:r>
      <w:r>
        <w:rPr>
          <w:color w:val="3C3C3C"/>
          <w:sz w:val="24"/>
        </w:rPr>
        <w:br/>
        <w:t>• Resource Table with extra children’s activities</w:t>
      </w:r>
    </w:p>
    <w:p w:rsidR="00BF43CA" w:rsidRDefault="00137840" w:rsidP="00BF43CA">
      <w:pPr>
        <w:pBdr>
          <w:bottom w:val="single" w:sz="6" w:space="1" w:color="auto"/>
        </w:pBdr>
        <w:rPr>
          <w:color w:val="B4B4B4"/>
          <w:sz w:val="20"/>
        </w:rPr>
      </w:pPr>
      <w:r>
        <w:rPr>
          <w:noProof/>
          <w:color w:val="B4B4B4"/>
          <w:sz w:val="20"/>
          <w:lang w:val="en-GB" w:eastAsia="en-GB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6181725</wp:posOffset>
            </wp:positionH>
            <wp:positionV relativeFrom="paragraph">
              <wp:posOffset>285750</wp:posOffset>
            </wp:positionV>
            <wp:extent cx="1019175" cy="971550"/>
            <wp:effectExtent l="19050" t="0" r="952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3CCD"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BF43CA" w:rsidRDefault="00C53CCD" w:rsidP="00BF43CA">
      <w:pPr>
        <w:pBdr>
          <w:bottom w:val="single" w:sz="6" w:space="1" w:color="auto"/>
        </w:pBdr>
        <w:rPr>
          <w:b/>
          <w:color w:val="000000"/>
          <w:sz w:val="26"/>
        </w:rPr>
      </w:pPr>
      <w:r>
        <w:rPr>
          <w:b/>
          <w:color w:val="000000"/>
          <w:sz w:val="26"/>
        </w:rPr>
        <w:t>Sunday 8</w:t>
      </w:r>
      <w:r w:rsidRPr="00C53CCD">
        <w:rPr>
          <w:b/>
          <w:color w:val="000000"/>
          <w:sz w:val="26"/>
        </w:rPr>
        <w:t>th</w:t>
      </w:r>
      <w:r>
        <w:rPr>
          <w:b/>
          <w:color w:val="000000"/>
          <w:sz w:val="26"/>
        </w:rPr>
        <w:t xml:space="preserve"> &amp;22</w:t>
      </w:r>
      <w:r w:rsidRPr="00C53CCD">
        <w:rPr>
          <w:b/>
          <w:color w:val="000000"/>
          <w:sz w:val="26"/>
        </w:rPr>
        <w:t>nd</w:t>
      </w:r>
      <w:r>
        <w:rPr>
          <w:b/>
          <w:color w:val="000000"/>
          <w:sz w:val="26"/>
        </w:rPr>
        <w:t xml:space="preserve"> </w:t>
      </w:r>
      <w:r w:rsidR="003A5304">
        <w:rPr>
          <w:b/>
          <w:color w:val="000000"/>
          <w:sz w:val="26"/>
        </w:rPr>
        <w:t>March</w:t>
      </w:r>
      <w:r>
        <w:rPr>
          <w:b/>
          <w:color w:val="000000"/>
          <w:sz w:val="26"/>
        </w:rPr>
        <w:t xml:space="preserve"> – 6:00pm</w:t>
      </w:r>
    </w:p>
    <w:p w:rsidR="00BF43CA" w:rsidRDefault="00C53CCD" w:rsidP="00BF43CA">
      <w:pPr>
        <w:pBdr>
          <w:bottom w:val="single" w:sz="6" w:space="1" w:color="auto"/>
        </w:pBdr>
        <w:rPr>
          <w:b/>
          <w:color w:val="0066CC"/>
          <w:sz w:val="30"/>
        </w:rPr>
      </w:pPr>
      <w:r>
        <w:rPr>
          <w:b/>
          <w:color w:val="0066CC"/>
          <w:sz w:val="30"/>
        </w:rPr>
        <w:t xml:space="preserve">Soul Action Café (Youth) </w:t>
      </w:r>
    </w:p>
    <w:p w:rsidR="00BF43CA" w:rsidRDefault="00C53CCD" w:rsidP="00BF43CA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t>Our youth group for Year 7+ which meets in the Scout Hut.</w:t>
      </w:r>
    </w:p>
    <w:p w:rsidR="00677F2F" w:rsidRDefault="00677F2F" w:rsidP="00677F2F">
      <w:pPr>
        <w:pBdr>
          <w:bottom w:val="single" w:sz="6" w:space="1" w:color="auto"/>
        </w:pBdr>
        <w:rPr>
          <w:color w:val="B4B4B4"/>
          <w:sz w:val="20"/>
        </w:rPr>
      </w:pPr>
      <w:r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BF43CA" w:rsidRDefault="00BF43CA" w:rsidP="00BF43CA">
      <w:pPr>
        <w:pBdr>
          <w:bottom w:val="single" w:sz="6" w:space="1" w:color="auto"/>
        </w:pBdr>
        <w:rPr>
          <w:b/>
          <w:color w:val="000000"/>
          <w:sz w:val="26"/>
        </w:rPr>
      </w:pPr>
      <w:r>
        <w:rPr>
          <w:b/>
          <w:color w:val="000000"/>
          <w:sz w:val="26"/>
        </w:rPr>
        <w:t>Sunday</w:t>
      </w:r>
      <w:r w:rsidR="00C53CCD">
        <w:rPr>
          <w:b/>
          <w:color w:val="000000"/>
          <w:sz w:val="26"/>
        </w:rPr>
        <w:t xml:space="preserve"> 15</w:t>
      </w:r>
      <w:r w:rsidR="00CB7944" w:rsidRPr="00E90E6A">
        <w:rPr>
          <w:b/>
          <w:color w:val="000000"/>
          <w:sz w:val="26"/>
        </w:rPr>
        <w:t xml:space="preserve">th </w:t>
      </w:r>
      <w:r w:rsidR="003A5304">
        <w:rPr>
          <w:b/>
          <w:color w:val="000000"/>
          <w:sz w:val="26"/>
        </w:rPr>
        <w:t>March</w:t>
      </w:r>
      <w:r w:rsidR="00CB7944">
        <w:rPr>
          <w:b/>
          <w:color w:val="000000"/>
          <w:sz w:val="26"/>
        </w:rPr>
        <w:t xml:space="preserve"> – 9:30am</w:t>
      </w:r>
    </w:p>
    <w:p w:rsidR="00BF43CA" w:rsidRDefault="00CB7944" w:rsidP="00BF43CA">
      <w:pPr>
        <w:pBdr>
          <w:bottom w:val="single" w:sz="6" w:space="1" w:color="auto"/>
        </w:pBdr>
        <w:rPr>
          <w:b/>
          <w:color w:val="0066CC"/>
          <w:sz w:val="30"/>
        </w:rPr>
      </w:pPr>
      <w:r>
        <w:rPr>
          <w:b/>
          <w:color w:val="0066CC"/>
          <w:sz w:val="30"/>
        </w:rPr>
        <w:t>Muddy Church at the Hut</w:t>
      </w:r>
    </w:p>
    <w:p w:rsidR="003A5304" w:rsidRPr="006805E4" w:rsidRDefault="00137840" w:rsidP="006805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val="en-GB" w:eastAsia="en-GB"/>
        </w:rPr>
      </w:pPr>
      <w:r>
        <w:rPr>
          <w:rFonts w:ascii="Verdana" w:eastAsia="Times New Roman" w:hAnsi="Verdana" w:cs="Arial"/>
          <w:b/>
          <w:bCs/>
          <w:noProof/>
          <w:color w:val="000000"/>
          <w:sz w:val="24"/>
          <w:szCs w:val="24"/>
          <w:lang w:val="en-GB" w:eastAsia="en-GB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6315075</wp:posOffset>
            </wp:positionH>
            <wp:positionV relativeFrom="paragraph">
              <wp:posOffset>134620</wp:posOffset>
            </wp:positionV>
            <wp:extent cx="971550" cy="1114425"/>
            <wp:effectExtent l="19050" t="0" r="0" b="0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304" w:rsidRPr="003A5304">
        <w:rPr>
          <w:rFonts w:ascii="Verdana" w:eastAsia="Times New Roman" w:hAnsi="Verdana" w:cs="Arial"/>
          <w:b/>
          <w:bCs/>
          <w:color w:val="000000"/>
          <w:sz w:val="24"/>
          <w:szCs w:val="24"/>
          <w:shd w:val="clear" w:color="auto" w:fill="FFFFFF"/>
          <w:lang w:val="en-GB" w:eastAsia="en-GB"/>
        </w:rPr>
        <w:t> </w:t>
      </w:r>
      <w:r w:rsidR="006805E4" w:rsidRPr="006805E4">
        <w:rPr>
          <w:sz w:val="24"/>
          <w:szCs w:val="24"/>
        </w:rPr>
        <w:t xml:space="preserve">An hour of outdoor fun and crafts focused on learning about God, exploring the theme of </w:t>
      </w:r>
      <w:r w:rsidR="006805E4" w:rsidRPr="006805E4">
        <w:rPr>
          <w:rStyle w:val="Strong"/>
          <w:sz w:val="24"/>
          <w:szCs w:val="24"/>
        </w:rPr>
        <w:t>Lent and forgiveness</w:t>
      </w:r>
      <w:r w:rsidR="006805E4" w:rsidRPr="006805E4">
        <w:rPr>
          <w:sz w:val="24"/>
          <w:szCs w:val="24"/>
        </w:rPr>
        <w:t xml:space="preserve">. Activities include games, creative prayer stations, egg painting and rolling, making prayer crafts, lava lamps, and a “God’s light breaks the darkness” trick, plus a special Tots Table, </w:t>
      </w:r>
      <w:proofErr w:type="spellStart"/>
      <w:r w:rsidR="006805E4" w:rsidRPr="006805E4">
        <w:rPr>
          <w:sz w:val="24"/>
          <w:szCs w:val="24"/>
        </w:rPr>
        <w:t>s’mores</w:t>
      </w:r>
      <w:proofErr w:type="spellEnd"/>
      <w:r w:rsidR="006805E4" w:rsidRPr="006805E4">
        <w:rPr>
          <w:sz w:val="24"/>
          <w:szCs w:val="24"/>
        </w:rPr>
        <w:t>, and a fire.</w:t>
      </w:r>
    </w:p>
    <w:p w:rsidR="003A5304" w:rsidRPr="006805E4" w:rsidRDefault="003A5304" w:rsidP="003A5304">
      <w:p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val="en-GB" w:eastAsia="en-GB"/>
        </w:rPr>
      </w:pPr>
      <w:r w:rsidRPr="006805E4">
        <w:rPr>
          <w:rFonts w:eastAsia="Times New Roman" w:cs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    </w:t>
      </w:r>
      <w:r w:rsidRPr="006805E4">
        <w:rPr>
          <w:rFonts w:eastAsia="Times New Roman" w:cs="Calibri"/>
          <w:color w:val="000000"/>
          <w:sz w:val="24"/>
          <w:szCs w:val="24"/>
          <w:shd w:val="clear" w:color="auto" w:fill="FFFFFF"/>
          <w:lang w:val="en-GB" w:eastAsia="en-GB"/>
        </w:rPr>
        <w:t> </w:t>
      </w:r>
    </w:p>
    <w:p w:rsidR="003A5304" w:rsidRDefault="00C53CCD" w:rsidP="00BF43CA">
      <w:pPr>
        <w:pBdr>
          <w:bottom w:val="single" w:sz="6" w:space="1" w:color="auto"/>
        </w:pBdr>
        <w:rPr>
          <w:color w:val="222222"/>
          <w:sz w:val="24"/>
          <w:szCs w:val="24"/>
          <w:shd w:val="clear" w:color="auto" w:fill="FFFFFF"/>
        </w:rPr>
      </w:pPr>
      <w:r w:rsidRPr="00C53CCD">
        <w:rPr>
          <w:b/>
          <w:bCs/>
          <w:color w:val="222222"/>
          <w:sz w:val="24"/>
          <w:szCs w:val="24"/>
          <w:u w:val="single"/>
          <w:shd w:val="clear" w:color="auto" w:fill="FFFFFF"/>
        </w:rPr>
        <w:t>Well done to</w:t>
      </w:r>
      <w:r w:rsidRPr="00C53CCD">
        <w:rPr>
          <w:color w:val="222222"/>
          <w:sz w:val="24"/>
          <w:szCs w:val="24"/>
          <w:shd w:val="clear" w:color="auto" w:fill="FFFFFF"/>
        </w:rPr>
        <w:t> </w:t>
      </w:r>
      <w:r w:rsidR="003A5304" w:rsidRPr="003A5304">
        <w:rPr>
          <w:color w:val="222222"/>
          <w:sz w:val="24"/>
          <w:szCs w:val="24"/>
          <w:shd w:val="clear" w:color="auto" w:fill="FFFFFF"/>
        </w:rPr>
        <w:t>Aidan &amp; Phoebe S, Archie S, Teddy L, Henry B and Harry L</w:t>
      </w:r>
      <w:r w:rsidR="003A5304" w:rsidRPr="003A5304">
        <w:rPr>
          <w:rStyle w:val="gmaildefault"/>
          <w:color w:val="222222"/>
          <w:sz w:val="24"/>
          <w:szCs w:val="24"/>
          <w:shd w:val="clear" w:color="auto" w:fill="FFFFFF"/>
        </w:rPr>
        <w:t> who</w:t>
      </w:r>
      <w:r w:rsidR="003A5304" w:rsidRPr="003A5304">
        <w:rPr>
          <w:color w:val="222222"/>
          <w:sz w:val="24"/>
          <w:szCs w:val="24"/>
          <w:shd w:val="clear" w:color="auto" w:fill="FFFFFF"/>
        </w:rPr>
        <w:t> all 'Made It' round February’s</w:t>
      </w:r>
      <w:r w:rsidRPr="003A5304">
        <w:rPr>
          <w:color w:val="222222"/>
          <w:sz w:val="24"/>
          <w:szCs w:val="24"/>
          <w:shd w:val="clear" w:color="auto" w:fill="FFFFFF"/>
        </w:rPr>
        <w:t xml:space="preserve"> Muddy Church base</w:t>
      </w:r>
      <w:r w:rsidR="003A5304" w:rsidRPr="003A5304">
        <w:rPr>
          <w:color w:val="222222"/>
          <w:sz w:val="24"/>
          <w:szCs w:val="24"/>
          <w:shd w:val="clear" w:color="auto" w:fill="FFFFFF"/>
        </w:rPr>
        <w:t>s</w:t>
      </w:r>
      <w:r w:rsidR="003A5304">
        <w:rPr>
          <w:color w:val="222222"/>
          <w:sz w:val="24"/>
          <w:szCs w:val="24"/>
          <w:shd w:val="clear" w:color="auto" w:fill="FFFFFF"/>
        </w:rPr>
        <w:t>.</w:t>
      </w:r>
    </w:p>
    <w:p w:rsidR="009423EA" w:rsidRPr="00BF43CA" w:rsidRDefault="00BF43CA" w:rsidP="00BF43CA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br/>
      </w:r>
      <w:r w:rsidR="002537DC">
        <w:rPr>
          <w:color w:val="646464"/>
        </w:rPr>
        <w:t>For more details</w:t>
      </w:r>
      <w:r w:rsidR="00090578">
        <w:rPr>
          <w:color w:val="646464"/>
        </w:rPr>
        <w:t xml:space="preserve"> about our services</w:t>
      </w:r>
      <w:r w:rsidR="002537DC">
        <w:rPr>
          <w:color w:val="646464"/>
        </w:rPr>
        <w:t>, please contact Rev Sue: susanktimmins@aol.com</w:t>
      </w:r>
    </w:p>
    <w:sectPr w:rsidR="009423EA" w:rsidRPr="00BF43CA" w:rsidSect="00C65A04">
      <w:pgSz w:w="12240" w:h="15840"/>
      <w:pgMar w:top="142" w:right="2742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90578"/>
    <w:rsid w:val="00137840"/>
    <w:rsid w:val="0015074B"/>
    <w:rsid w:val="001B0D45"/>
    <w:rsid w:val="001D0526"/>
    <w:rsid w:val="001D1876"/>
    <w:rsid w:val="002537DC"/>
    <w:rsid w:val="0029639D"/>
    <w:rsid w:val="002C3E9E"/>
    <w:rsid w:val="00326F90"/>
    <w:rsid w:val="003A5304"/>
    <w:rsid w:val="003F280D"/>
    <w:rsid w:val="004263B4"/>
    <w:rsid w:val="00560525"/>
    <w:rsid w:val="0059359F"/>
    <w:rsid w:val="00677F2F"/>
    <w:rsid w:val="006805E4"/>
    <w:rsid w:val="007A4D7F"/>
    <w:rsid w:val="007C16CE"/>
    <w:rsid w:val="00805BEE"/>
    <w:rsid w:val="00865697"/>
    <w:rsid w:val="008E41A7"/>
    <w:rsid w:val="00937021"/>
    <w:rsid w:val="009423EA"/>
    <w:rsid w:val="00A0287B"/>
    <w:rsid w:val="00AA1D8D"/>
    <w:rsid w:val="00B07AE0"/>
    <w:rsid w:val="00B47730"/>
    <w:rsid w:val="00BF43CA"/>
    <w:rsid w:val="00C05A30"/>
    <w:rsid w:val="00C41E8A"/>
    <w:rsid w:val="00C53CCD"/>
    <w:rsid w:val="00C65A04"/>
    <w:rsid w:val="00CB0664"/>
    <w:rsid w:val="00CB7944"/>
    <w:rsid w:val="00E90E6A"/>
    <w:rsid w:val="00F2763E"/>
    <w:rsid w:val="00F73757"/>
    <w:rsid w:val="00F87795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maildefault">
    <w:name w:val="gmail_default"/>
    <w:basedOn w:val="DefaultParagraphFont"/>
    <w:rsid w:val="00C53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9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2</cp:revision>
  <dcterms:created xsi:type="dcterms:W3CDTF">2026-02-24T09:40:00Z</dcterms:created>
  <dcterms:modified xsi:type="dcterms:W3CDTF">2026-02-24T09:40:00Z</dcterms:modified>
</cp:coreProperties>
</file>